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6FB2D" w14:textId="77777777" w:rsidR="00F64E87" w:rsidRDefault="00F64E87" w:rsidP="00C75587">
      <w:pPr>
        <w:spacing w:after="0"/>
        <w:jc w:val="both"/>
        <w:rPr>
          <w:sz w:val="20"/>
          <w:szCs w:val="20"/>
          <w:lang w:val="es-CL"/>
        </w:rPr>
      </w:pPr>
    </w:p>
    <w:p w14:paraId="55FD7260" w14:textId="0B26AC43" w:rsidR="00F64E87" w:rsidRDefault="00F64E87" w:rsidP="00F64E87">
      <w:pPr>
        <w:spacing w:after="0" w:line="240" w:lineRule="auto"/>
        <w:jc w:val="center"/>
        <w:rPr>
          <w:b/>
          <w:bCs/>
          <w:sz w:val="40"/>
          <w:szCs w:val="40"/>
          <w:lang w:val="es-CL"/>
        </w:rPr>
      </w:pPr>
      <w:r w:rsidRPr="00F64E87">
        <w:rPr>
          <w:b/>
          <w:bCs/>
          <w:sz w:val="40"/>
          <w:szCs w:val="40"/>
          <w:lang w:val="es-CL"/>
        </w:rPr>
        <w:t>Formulario de Renuncia Voluntaria</w:t>
      </w:r>
    </w:p>
    <w:p w14:paraId="531A3B65" w14:textId="77777777" w:rsidR="009002B7" w:rsidRPr="00CA65DA" w:rsidRDefault="009002B7" w:rsidP="00F64E87">
      <w:pPr>
        <w:spacing w:after="0" w:line="240" w:lineRule="auto"/>
        <w:jc w:val="center"/>
        <w:rPr>
          <w:b/>
          <w:bCs/>
          <w:sz w:val="18"/>
          <w:szCs w:val="18"/>
          <w:lang w:val="es-CL"/>
        </w:rPr>
      </w:pPr>
    </w:p>
    <w:p w14:paraId="27D063C4" w14:textId="74E2639B" w:rsidR="00C75587" w:rsidRDefault="00CA74F9" w:rsidP="00C75587">
      <w:pPr>
        <w:spacing w:after="0"/>
        <w:jc w:val="both"/>
        <w:rPr>
          <w:lang w:val="es-CL"/>
        </w:rPr>
      </w:pPr>
      <w:r w:rsidRPr="009002B7">
        <w:rPr>
          <w:sz w:val="20"/>
          <w:szCs w:val="20"/>
          <w:lang w:val="es-CL"/>
        </w:rPr>
        <w:t>Por favor, complete este formulario para formalizar su renuncia voluntaria al cargo que desempeña. Recuerde que la renuncia debe presentarse con al menos 30 días de antelación. Asegúrese de llenar todos los campos requeridos y entregue el formulario a su jefatura directa para obtener las firmas correspondientes</w:t>
      </w:r>
      <w:r w:rsidR="00CA65DA">
        <w:rPr>
          <w:sz w:val="20"/>
          <w:szCs w:val="20"/>
          <w:lang w:val="es-CL"/>
        </w:rPr>
        <w:t xml:space="preserve">, </w:t>
      </w:r>
      <w:r w:rsidR="001F6BEC">
        <w:rPr>
          <w:sz w:val="20"/>
          <w:szCs w:val="20"/>
          <w:lang w:val="es-CL"/>
        </w:rPr>
        <w:t xml:space="preserve">además </w:t>
      </w:r>
      <w:r w:rsidR="00CA65DA">
        <w:rPr>
          <w:sz w:val="20"/>
          <w:szCs w:val="20"/>
          <w:lang w:val="es-CL"/>
        </w:rPr>
        <w:t xml:space="preserve">de </w:t>
      </w:r>
      <w:r w:rsidR="001F6BEC" w:rsidRPr="00BB0A65">
        <w:rPr>
          <w:sz w:val="20"/>
          <w:szCs w:val="20"/>
          <w:u w:val="single"/>
          <w:lang w:val="es-CL"/>
        </w:rPr>
        <w:t>entre</w:t>
      </w:r>
      <w:r w:rsidR="00CA65DA" w:rsidRPr="00BB0A65">
        <w:rPr>
          <w:sz w:val="20"/>
          <w:szCs w:val="20"/>
          <w:u w:val="single"/>
          <w:lang w:val="es-CL"/>
        </w:rPr>
        <w:t>gar</w:t>
      </w:r>
      <w:r w:rsidR="001F6BEC" w:rsidRPr="00BB0A65">
        <w:rPr>
          <w:sz w:val="20"/>
          <w:szCs w:val="20"/>
          <w:u w:val="single"/>
          <w:lang w:val="es-CL"/>
        </w:rPr>
        <w:t xml:space="preserve"> la credencial institucional</w:t>
      </w:r>
      <w:r w:rsidRPr="009002B7">
        <w:rPr>
          <w:sz w:val="20"/>
          <w:szCs w:val="20"/>
          <w:lang w:val="es-CL"/>
        </w:rPr>
        <w:t>.</w:t>
      </w:r>
      <w:r>
        <w:rPr>
          <w:lang w:val="es-CL"/>
        </w:rPr>
        <w:tab/>
      </w:r>
    </w:p>
    <w:p w14:paraId="321ABB03" w14:textId="77777777" w:rsidR="00C75587" w:rsidRPr="009002B7" w:rsidRDefault="00C75587" w:rsidP="00C75587">
      <w:pPr>
        <w:spacing w:after="0"/>
        <w:jc w:val="both"/>
        <w:rPr>
          <w:sz w:val="14"/>
          <w:szCs w:val="14"/>
          <w:lang w:val="es-CL"/>
        </w:rPr>
      </w:pPr>
    </w:p>
    <w:p w14:paraId="1CAD9926" w14:textId="0090124D" w:rsidR="00F17682" w:rsidRPr="00C75587" w:rsidRDefault="00000000" w:rsidP="00C75587">
      <w:pPr>
        <w:spacing w:after="0"/>
        <w:jc w:val="both"/>
        <w:rPr>
          <w:b/>
          <w:bCs/>
          <w:lang w:val="es-CL"/>
        </w:rPr>
      </w:pPr>
      <w:r w:rsidRPr="00C75587">
        <w:rPr>
          <w:b/>
          <w:bCs/>
          <w:sz w:val="24"/>
          <w:szCs w:val="24"/>
          <w:lang w:val="es-CL"/>
        </w:rPr>
        <w:t>Datos Personales</w:t>
      </w:r>
    </w:p>
    <w:p w14:paraId="01E9839E" w14:textId="46FAE69B" w:rsidR="00F17682" w:rsidRPr="005664ED" w:rsidRDefault="00000000">
      <w:pPr>
        <w:rPr>
          <w:sz w:val="20"/>
          <w:szCs w:val="20"/>
          <w:lang w:val="es-CL"/>
        </w:rPr>
      </w:pPr>
      <w:r w:rsidRPr="005664ED">
        <w:rPr>
          <w:sz w:val="20"/>
          <w:szCs w:val="20"/>
          <w:lang w:val="es-CL"/>
        </w:rPr>
        <w:t>Nombre</w:t>
      </w:r>
      <w:r w:rsidR="000E226B" w:rsidRPr="005664ED">
        <w:rPr>
          <w:sz w:val="20"/>
          <w:szCs w:val="20"/>
          <w:lang w:val="es-CL"/>
        </w:rPr>
        <w:t>s</w:t>
      </w:r>
      <w:r w:rsidR="00F600D7">
        <w:rPr>
          <w:sz w:val="20"/>
          <w:szCs w:val="20"/>
          <w:lang w:val="es-CL"/>
        </w:rPr>
        <w:t xml:space="preserve"> y apellidos</w:t>
      </w:r>
      <w:r w:rsidRPr="005664ED">
        <w:rPr>
          <w:sz w:val="20"/>
          <w:szCs w:val="20"/>
          <w:lang w:val="es-CL"/>
        </w:rPr>
        <w:t>: _</w:t>
      </w:r>
      <w:r w:rsidR="000E226B" w:rsidRPr="005664ED">
        <w:rPr>
          <w:sz w:val="20"/>
          <w:szCs w:val="20"/>
          <w:lang w:val="es-CL"/>
        </w:rPr>
        <w:t>________</w:t>
      </w:r>
      <w:r w:rsidRPr="005664ED">
        <w:rPr>
          <w:sz w:val="20"/>
          <w:szCs w:val="20"/>
          <w:lang w:val="es-CL"/>
        </w:rPr>
        <w:t>_____</w:t>
      </w:r>
      <w:r w:rsidR="00F600D7">
        <w:rPr>
          <w:sz w:val="20"/>
          <w:szCs w:val="20"/>
          <w:lang w:val="es-CL"/>
        </w:rPr>
        <w:t>______________________________________</w:t>
      </w:r>
      <w:r w:rsidRPr="005664ED">
        <w:rPr>
          <w:sz w:val="20"/>
          <w:szCs w:val="20"/>
          <w:lang w:val="es-CL"/>
        </w:rPr>
        <w:t>____________________________</w:t>
      </w:r>
      <w:r w:rsidR="000E226B" w:rsidRPr="005664ED">
        <w:rPr>
          <w:sz w:val="20"/>
          <w:szCs w:val="20"/>
          <w:lang w:val="es-CL"/>
        </w:rPr>
        <w:t>___________</w:t>
      </w:r>
      <w:r w:rsidRPr="005664ED">
        <w:rPr>
          <w:sz w:val="20"/>
          <w:szCs w:val="20"/>
          <w:lang w:val="es-CL"/>
        </w:rPr>
        <w:t>_________________________</w:t>
      </w:r>
    </w:p>
    <w:p w14:paraId="27DE1EC5" w14:textId="62A35CD6" w:rsidR="00A0680F" w:rsidRDefault="00000000" w:rsidP="00FE1424">
      <w:pPr>
        <w:tabs>
          <w:tab w:val="left" w:pos="5130"/>
        </w:tabs>
        <w:rPr>
          <w:sz w:val="20"/>
          <w:szCs w:val="20"/>
          <w:lang w:val="es-CL"/>
        </w:rPr>
      </w:pPr>
      <w:r w:rsidRPr="005664ED">
        <w:rPr>
          <w:sz w:val="20"/>
          <w:szCs w:val="20"/>
          <w:lang w:val="es-CL"/>
        </w:rPr>
        <w:t>RU</w:t>
      </w:r>
      <w:r w:rsidR="000E226B" w:rsidRPr="005664ED">
        <w:rPr>
          <w:sz w:val="20"/>
          <w:szCs w:val="20"/>
          <w:lang w:val="es-CL"/>
        </w:rPr>
        <w:t>N</w:t>
      </w:r>
      <w:r w:rsidRPr="005664ED">
        <w:rPr>
          <w:sz w:val="20"/>
          <w:szCs w:val="20"/>
          <w:lang w:val="es-CL"/>
        </w:rPr>
        <w:t>: ________________________</w:t>
      </w:r>
      <w:r w:rsidR="00AA3AFD">
        <w:rPr>
          <w:sz w:val="20"/>
          <w:szCs w:val="20"/>
          <w:lang w:val="es-CL"/>
        </w:rPr>
        <w:t>_____________</w:t>
      </w:r>
      <w:r w:rsidRPr="005664ED">
        <w:rPr>
          <w:sz w:val="20"/>
          <w:szCs w:val="20"/>
          <w:lang w:val="es-CL"/>
        </w:rPr>
        <w:t>_______</w:t>
      </w:r>
    </w:p>
    <w:p w14:paraId="766AE4C4" w14:textId="2CAEE79B" w:rsidR="00F17682" w:rsidRDefault="00A0680F" w:rsidP="00FE1424">
      <w:pPr>
        <w:tabs>
          <w:tab w:val="left" w:pos="5130"/>
        </w:tabs>
        <w:rPr>
          <w:sz w:val="20"/>
          <w:szCs w:val="20"/>
          <w:lang w:val="es-CL"/>
        </w:rPr>
      </w:pPr>
      <w:r w:rsidRPr="005664ED">
        <w:rPr>
          <w:sz w:val="20"/>
          <w:szCs w:val="20"/>
          <w:lang w:val="es-CL"/>
        </w:rPr>
        <w:t>Correo Electrónico: _________________</w:t>
      </w:r>
      <w:r w:rsidR="00AA3AFD">
        <w:rPr>
          <w:sz w:val="20"/>
          <w:szCs w:val="20"/>
          <w:lang w:val="es-CL"/>
        </w:rPr>
        <w:t>___________</w:t>
      </w:r>
      <w:r w:rsidR="007402D9">
        <w:rPr>
          <w:sz w:val="20"/>
          <w:szCs w:val="20"/>
          <w:lang w:val="es-CL"/>
        </w:rPr>
        <w:t>___</w:t>
      </w:r>
      <w:r w:rsidR="00AA3AFD">
        <w:rPr>
          <w:sz w:val="20"/>
          <w:szCs w:val="20"/>
          <w:lang w:val="es-CL"/>
        </w:rPr>
        <w:t>_____________</w:t>
      </w:r>
      <w:r w:rsidRPr="005664ED">
        <w:rPr>
          <w:sz w:val="20"/>
          <w:szCs w:val="20"/>
          <w:lang w:val="es-CL"/>
        </w:rPr>
        <w:t>___________________________</w:t>
      </w:r>
    </w:p>
    <w:tbl>
      <w:tblPr>
        <w:tblStyle w:val="Tablaconcuadrcula"/>
        <w:tblpPr w:leftFromText="141" w:rightFromText="141" w:vertAnchor="text" w:horzAnchor="page" w:tblpX="1978" w:tblpY="95"/>
        <w:tblW w:w="0" w:type="auto"/>
        <w:tblLook w:val="04A0" w:firstRow="1" w:lastRow="0" w:firstColumn="1" w:lastColumn="0" w:noHBand="0" w:noVBand="1"/>
      </w:tblPr>
      <w:tblGrid>
        <w:gridCol w:w="681"/>
        <w:gridCol w:w="1157"/>
        <w:gridCol w:w="222"/>
        <w:gridCol w:w="600"/>
        <w:gridCol w:w="848"/>
        <w:gridCol w:w="222"/>
        <w:gridCol w:w="631"/>
        <w:gridCol w:w="1453"/>
        <w:gridCol w:w="222"/>
        <w:gridCol w:w="593"/>
        <w:gridCol w:w="854"/>
        <w:gridCol w:w="222"/>
        <w:gridCol w:w="625"/>
        <w:gridCol w:w="840"/>
      </w:tblGrid>
      <w:tr w:rsidR="006D443A" w14:paraId="349459F4" w14:textId="3FAA4798" w:rsidTr="00A55BB5">
        <w:trPr>
          <w:trHeight w:val="505"/>
        </w:trPr>
        <w:tc>
          <w:tcPr>
            <w:tcW w:w="681" w:type="dxa"/>
          </w:tcPr>
          <w:p w14:paraId="7A376968" w14:textId="77777777" w:rsidR="006D443A" w:rsidRDefault="006D443A" w:rsidP="00076B81">
            <w:pPr>
              <w:tabs>
                <w:tab w:val="left" w:pos="5130"/>
              </w:tabs>
              <w:jc w:val="center"/>
              <w:rPr>
                <w:sz w:val="20"/>
                <w:szCs w:val="20"/>
                <w:lang w:val="es-CL"/>
              </w:rPr>
            </w:pPr>
          </w:p>
        </w:tc>
        <w:tc>
          <w:tcPr>
            <w:tcW w:w="0" w:type="auto"/>
            <w:vAlign w:val="center"/>
          </w:tcPr>
          <w:p w14:paraId="3AD3BE35" w14:textId="77777777" w:rsidR="006D443A" w:rsidRPr="00F8725D" w:rsidRDefault="006D443A" w:rsidP="00076B81">
            <w:pPr>
              <w:tabs>
                <w:tab w:val="left" w:pos="5130"/>
              </w:tabs>
              <w:jc w:val="center"/>
              <w:rPr>
                <w:b/>
                <w:bCs/>
                <w:sz w:val="20"/>
                <w:szCs w:val="20"/>
                <w:lang w:val="es-CL"/>
              </w:rPr>
            </w:pPr>
            <w:r w:rsidRPr="00F8725D">
              <w:rPr>
                <w:rFonts w:ascii="Calibri" w:eastAsia="Times New Roman" w:hAnsi="Calibri" w:cs="Calibri"/>
                <w:b/>
                <w:bCs/>
                <w:color w:val="000000"/>
                <w:sz w:val="20"/>
                <w:szCs w:val="20"/>
                <w:lang w:val="es-CL" w:eastAsia="es-CL"/>
              </w:rPr>
              <w:t>Profesional</w:t>
            </w:r>
          </w:p>
        </w:tc>
        <w:tc>
          <w:tcPr>
            <w:tcW w:w="0" w:type="auto"/>
            <w:tcBorders>
              <w:top w:val="nil"/>
              <w:bottom w:val="nil"/>
            </w:tcBorders>
            <w:vAlign w:val="center"/>
          </w:tcPr>
          <w:p w14:paraId="6834C1CE" w14:textId="77777777" w:rsidR="006D443A" w:rsidRPr="00F8725D" w:rsidRDefault="006D443A" w:rsidP="00076B81">
            <w:pPr>
              <w:tabs>
                <w:tab w:val="left" w:pos="5130"/>
              </w:tabs>
              <w:jc w:val="center"/>
              <w:rPr>
                <w:b/>
                <w:bCs/>
                <w:sz w:val="20"/>
                <w:szCs w:val="20"/>
                <w:lang w:val="es-CL"/>
              </w:rPr>
            </w:pPr>
          </w:p>
        </w:tc>
        <w:tc>
          <w:tcPr>
            <w:tcW w:w="600" w:type="dxa"/>
            <w:vAlign w:val="center"/>
          </w:tcPr>
          <w:p w14:paraId="4AFBF1C6" w14:textId="77777777" w:rsidR="006D443A" w:rsidRPr="00F8725D" w:rsidRDefault="006D443A" w:rsidP="00076B81">
            <w:pPr>
              <w:tabs>
                <w:tab w:val="left" w:pos="5130"/>
              </w:tabs>
              <w:jc w:val="center"/>
              <w:rPr>
                <w:b/>
                <w:bCs/>
                <w:sz w:val="20"/>
                <w:szCs w:val="20"/>
                <w:lang w:val="es-CL"/>
              </w:rPr>
            </w:pPr>
          </w:p>
        </w:tc>
        <w:tc>
          <w:tcPr>
            <w:tcW w:w="848" w:type="dxa"/>
            <w:vAlign w:val="center"/>
          </w:tcPr>
          <w:p w14:paraId="3E770F06" w14:textId="77777777" w:rsidR="006D443A" w:rsidRPr="00F8725D" w:rsidRDefault="006D443A" w:rsidP="00076B81">
            <w:pPr>
              <w:tabs>
                <w:tab w:val="left" w:pos="5130"/>
              </w:tabs>
              <w:jc w:val="center"/>
              <w:rPr>
                <w:b/>
                <w:bCs/>
                <w:sz w:val="20"/>
                <w:szCs w:val="20"/>
                <w:lang w:val="es-CL"/>
              </w:rPr>
            </w:pPr>
            <w:r w:rsidRPr="00F8725D">
              <w:rPr>
                <w:rFonts w:ascii="Calibri" w:eastAsia="Times New Roman" w:hAnsi="Calibri" w:cs="Calibri"/>
                <w:b/>
                <w:bCs/>
                <w:color w:val="000000"/>
                <w:sz w:val="20"/>
                <w:szCs w:val="20"/>
                <w:lang w:val="es-CL" w:eastAsia="es-CL"/>
              </w:rPr>
              <w:t>Técnico</w:t>
            </w:r>
          </w:p>
        </w:tc>
        <w:tc>
          <w:tcPr>
            <w:tcW w:w="0" w:type="auto"/>
            <w:tcBorders>
              <w:top w:val="nil"/>
              <w:bottom w:val="nil"/>
            </w:tcBorders>
            <w:vAlign w:val="center"/>
          </w:tcPr>
          <w:p w14:paraId="788827B4" w14:textId="77777777" w:rsidR="006D443A" w:rsidRPr="00F8725D" w:rsidRDefault="006D443A" w:rsidP="00076B81">
            <w:pPr>
              <w:tabs>
                <w:tab w:val="left" w:pos="5130"/>
              </w:tabs>
              <w:jc w:val="center"/>
              <w:rPr>
                <w:b/>
                <w:bCs/>
                <w:sz w:val="20"/>
                <w:szCs w:val="20"/>
                <w:lang w:val="es-CL"/>
              </w:rPr>
            </w:pPr>
          </w:p>
        </w:tc>
        <w:tc>
          <w:tcPr>
            <w:tcW w:w="631" w:type="dxa"/>
            <w:vAlign w:val="center"/>
          </w:tcPr>
          <w:p w14:paraId="1A680C05" w14:textId="77777777" w:rsidR="006D443A" w:rsidRPr="00F8725D" w:rsidRDefault="006D443A" w:rsidP="00076B81">
            <w:pPr>
              <w:tabs>
                <w:tab w:val="left" w:pos="5130"/>
              </w:tabs>
              <w:jc w:val="center"/>
              <w:rPr>
                <w:b/>
                <w:bCs/>
                <w:sz w:val="20"/>
                <w:szCs w:val="20"/>
                <w:lang w:val="es-CL"/>
              </w:rPr>
            </w:pPr>
          </w:p>
        </w:tc>
        <w:tc>
          <w:tcPr>
            <w:tcW w:w="1453" w:type="dxa"/>
            <w:vAlign w:val="center"/>
          </w:tcPr>
          <w:p w14:paraId="24A1D763" w14:textId="77777777" w:rsidR="006D443A" w:rsidRPr="00F8725D" w:rsidRDefault="006D443A" w:rsidP="00076B81">
            <w:pPr>
              <w:tabs>
                <w:tab w:val="left" w:pos="5130"/>
              </w:tabs>
              <w:jc w:val="center"/>
              <w:rPr>
                <w:b/>
                <w:bCs/>
                <w:sz w:val="20"/>
                <w:szCs w:val="20"/>
                <w:lang w:val="es-CL"/>
              </w:rPr>
            </w:pPr>
            <w:r w:rsidRPr="00F8725D">
              <w:rPr>
                <w:rFonts w:ascii="Calibri" w:eastAsia="Times New Roman" w:hAnsi="Calibri" w:cs="Calibri"/>
                <w:b/>
                <w:bCs/>
                <w:color w:val="000000"/>
                <w:sz w:val="20"/>
                <w:szCs w:val="20"/>
                <w:lang w:val="es-CL" w:eastAsia="es-CL"/>
              </w:rPr>
              <w:t>Administrativo</w:t>
            </w:r>
          </w:p>
        </w:tc>
        <w:tc>
          <w:tcPr>
            <w:tcW w:w="0" w:type="auto"/>
            <w:tcBorders>
              <w:top w:val="nil"/>
              <w:bottom w:val="nil"/>
            </w:tcBorders>
          </w:tcPr>
          <w:p w14:paraId="6FD0B3F3" w14:textId="77777777" w:rsidR="006D443A" w:rsidRDefault="006D443A" w:rsidP="00076B81">
            <w:pPr>
              <w:tabs>
                <w:tab w:val="left" w:pos="5130"/>
              </w:tabs>
              <w:jc w:val="center"/>
              <w:rPr>
                <w:sz w:val="20"/>
                <w:szCs w:val="20"/>
                <w:lang w:val="es-CL"/>
              </w:rPr>
            </w:pPr>
          </w:p>
        </w:tc>
        <w:tc>
          <w:tcPr>
            <w:tcW w:w="593" w:type="dxa"/>
          </w:tcPr>
          <w:p w14:paraId="631AE8BA" w14:textId="77777777" w:rsidR="006D443A" w:rsidRDefault="006D443A" w:rsidP="00076B81">
            <w:pPr>
              <w:tabs>
                <w:tab w:val="left" w:pos="5130"/>
              </w:tabs>
              <w:jc w:val="center"/>
              <w:rPr>
                <w:sz w:val="20"/>
                <w:szCs w:val="20"/>
                <w:lang w:val="es-CL"/>
              </w:rPr>
            </w:pPr>
          </w:p>
        </w:tc>
        <w:tc>
          <w:tcPr>
            <w:tcW w:w="854" w:type="dxa"/>
            <w:vAlign w:val="center"/>
          </w:tcPr>
          <w:p w14:paraId="7D11D92A" w14:textId="749B3238" w:rsidR="006D443A" w:rsidRPr="00DB7D70" w:rsidRDefault="00DB7D70" w:rsidP="00DB7D70">
            <w:pPr>
              <w:tabs>
                <w:tab w:val="left" w:pos="5130"/>
              </w:tabs>
              <w:jc w:val="center"/>
              <w:rPr>
                <w:rFonts w:ascii="Calibri" w:eastAsia="Times New Roman" w:hAnsi="Calibri" w:cs="Calibri"/>
                <w:b/>
                <w:bCs/>
                <w:color w:val="000000"/>
                <w:sz w:val="20"/>
                <w:szCs w:val="20"/>
                <w:lang w:val="es-CL" w:eastAsia="es-CL"/>
              </w:rPr>
            </w:pPr>
            <w:r w:rsidRPr="00DB7D70">
              <w:rPr>
                <w:rFonts w:ascii="Calibri" w:eastAsia="Times New Roman" w:hAnsi="Calibri" w:cs="Calibri"/>
                <w:b/>
                <w:bCs/>
                <w:color w:val="000000"/>
                <w:sz w:val="20"/>
                <w:szCs w:val="20"/>
                <w:lang w:val="es-CL" w:eastAsia="es-CL"/>
              </w:rPr>
              <w:t>Auxiliar</w:t>
            </w:r>
          </w:p>
        </w:tc>
        <w:tc>
          <w:tcPr>
            <w:tcW w:w="0" w:type="auto"/>
            <w:tcBorders>
              <w:top w:val="nil"/>
              <w:bottom w:val="nil"/>
            </w:tcBorders>
            <w:vAlign w:val="center"/>
          </w:tcPr>
          <w:p w14:paraId="764BEB2D" w14:textId="77777777" w:rsidR="006D443A" w:rsidRPr="00DB7D70" w:rsidRDefault="006D443A" w:rsidP="00DB7D70">
            <w:pPr>
              <w:tabs>
                <w:tab w:val="left" w:pos="5130"/>
              </w:tabs>
              <w:jc w:val="center"/>
              <w:rPr>
                <w:rFonts w:ascii="Calibri" w:eastAsia="Times New Roman" w:hAnsi="Calibri" w:cs="Calibri"/>
                <w:b/>
                <w:bCs/>
                <w:color w:val="000000"/>
                <w:sz w:val="20"/>
                <w:szCs w:val="20"/>
                <w:lang w:val="es-CL" w:eastAsia="es-CL"/>
              </w:rPr>
            </w:pPr>
          </w:p>
        </w:tc>
        <w:tc>
          <w:tcPr>
            <w:tcW w:w="625" w:type="dxa"/>
            <w:vAlign w:val="center"/>
          </w:tcPr>
          <w:p w14:paraId="4620F96E" w14:textId="77777777" w:rsidR="006D443A" w:rsidRPr="00DB7D70" w:rsidRDefault="006D443A" w:rsidP="00DB7D70">
            <w:pPr>
              <w:tabs>
                <w:tab w:val="left" w:pos="5130"/>
              </w:tabs>
              <w:jc w:val="center"/>
              <w:rPr>
                <w:rFonts w:ascii="Calibri" w:eastAsia="Times New Roman" w:hAnsi="Calibri" w:cs="Calibri"/>
                <w:b/>
                <w:bCs/>
                <w:color w:val="000000"/>
                <w:sz w:val="20"/>
                <w:szCs w:val="20"/>
                <w:lang w:val="es-CL" w:eastAsia="es-CL"/>
              </w:rPr>
            </w:pPr>
          </w:p>
        </w:tc>
        <w:tc>
          <w:tcPr>
            <w:tcW w:w="840" w:type="dxa"/>
            <w:vAlign w:val="center"/>
          </w:tcPr>
          <w:p w14:paraId="0289665E" w14:textId="572B2643" w:rsidR="006D443A" w:rsidRPr="00DB7D70" w:rsidRDefault="00DB7D70" w:rsidP="00DB7D70">
            <w:pPr>
              <w:tabs>
                <w:tab w:val="left" w:pos="5130"/>
              </w:tabs>
              <w:jc w:val="center"/>
              <w:rPr>
                <w:rFonts w:ascii="Calibri" w:eastAsia="Times New Roman" w:hAnsi="Calibri" w:cs="Calibri"/>
                <w:b/>
                <w:bCs/>
                <w:color w:val="000000"/>
                <w:sz w:val="20"/>
                <w:szCs w:val="20"/>
                <w:lang w:val="es-CL" w:eastAsia="es-CL"/>
              </w:rPr>
            </w:pPr>
            <w:r w:rsidRPr="00DB7D70">
              <w:rPr>
                <w:rFonts w:ascii="Calibri" w:eastAsia="Times New Roman" w:hAnsi="Calibri" w:cs="Calibri"/>
                <w:b/>
                <w:bCs/>
                <w:color w:val="000000"/>
                <w:sz w:val="20"/>
                <w:szCs w:val="20"/>
                <w:lang w:val="es-CL" w:eastAsia="es-CL"/>
              </w:rPr>
              <w:t>Médico</w:t>
            </w:r>
          </w:p>
        </w:tc>
      </w:tr>
    </w:tbl>
    <w:p w14:paraId="345F9FAA" w14:textId="2856D933" w:rsidR="00076B81" w:rsidRDefault="00076B81" w:rsidP="00076B81">
      <w:pPr>
        <w:tabs>
          <w:tab w:val="left" w:pos="5130"/>
        </w:tabs>
        <w:rPr>
          <w:sz w:val="20"/>
          <w:szCs w:val="20"/>
          <w:lang w:val="es-CL"/>
        </w:rPr>
      </w:pPr>
      <w:r>
        <w:rPr>
          <w:sz w:val="20"/>
          <w:szCs w:val="20"/>
          <w:lang w:val="es-CL"/>
        </w:rPr>
        <w:t>Estamento</w:t>
      </w:r>
      <w:r w:rsidR="00F642FE">
        <w:rPr>
          <w:sz w:val="20"/>
          <w:szCs w:val="20"/>
          <w:lang w:val="es-CL"/>
        </w:rPr>
        <w:t>:</w:t>
      </w:r>
    </w:p>
    <w:p w14:paraId="0106BB30" w14:textId="77777777" w:rsidR="00076B81" w:rsidRPr="00A55BB5" w:rsidRDefault="00076B81" w:rsidP="00076B81">
      <w:pPr>
        <w:tabs>
          <w:tab w:val="left" w:pos="5130"/>
        </w:tabs>
        <w:rPr>
          <w:sz w:val="8"/>
          <w:szCs w:val="8"/>
          <w:lang w:val="es-CL"/>
        </w:rPr>
      </w:pPr>
    </w:p>
    <w:tbl>
      <w:tblPr>
        <w:tblStyle w:val="Tablaconcuadrcula"/>
        <w:tblpPr w:leftFromText="141" w:rightFromText="141" w:vertAnchor="text" w:horzAnchor="page" w:tblpX="2443" w:tblpY="158"/>
        <w:tblW w:w="0" w:type="auto"/>
        <w:tblLook w:val="04A0" w:firstRow="1" w:lastRow="0" w:firstColumn="1" w:lastColumn="0" w:noHBand="0" w:noVBand="1"/>
      </w:tblPr>
      <w:tblGrid>
        <w:gridCol w:w="681"/>
        <w:gridCol w:w="861"/>
        <w:gridCol w:w="222"/>
        <w:gridCol w:w="600"/>
        <w:gridCol w:w="1018"/>
      </w:tblGrid>
      <w:tr w:rsidR="00F642FE" w14:paraId="6EE1E95F" w14:textId="77777777" w:rsidTr="00D441B8">
        <w:trPr>
          <w:trHeight w:val="505"/>
        </w:trPr>
        <w:tc>
          <w:tcPr>
            <w:tcW w:w="681" w:type="dxa"/>
          </w:tcPr>
          <w:p w14:paraId="7B093C60" w14:textId="77777777" w:rsidR="00F642FE" w:rsidRDefault="00F642FE" w:rsidP="00D441B8">
            <w:pPr>
              <w:tabs>
                <w:tab w:val="left" w:pos="5130"/>
              </w:tabs>
              <w:jc w:val="center"/>
              <w:rPr>
                <w:sz w:val="20"/>
                <w:szCs w:val="20"/>
                <w:lang w:val="es-CL"/>
              </w:rPr>
            </w:pPr>
          </w:p>
        </w:tc>
        <w:tc>
          <w:tcPr>
            <w:tcW w:w="0" w:type="auto"/>
            <w:vAlign w:val="center"/>
          </w:tcPr>
          <w:p w14:paraId="2C5E2D48" w14:textId="77777777" w:rsidR="00F642FE" w:rsidRPr="00F8725D" w:rsidRDefault="00F642FE" w:rsidP="00D441B8">
            <w:pPr>
              <w:tabs>
                <w:tab w:val="left" w:pos="5130"/>
              </w:tabs>
              <w:jc w:val="center"/>
              <w:rPr>
                <w:b/>
                <w:bCs/>
                <w:sz w:val="20"/>
                <w:szCs w:val="20"/>
                <w:lang w:val="es-CL"/>
              </w:rPr>
            </w:pPr>
            <w:r>
              <w:rPr>
                <w:b/>
                <w:bCs/>
                <w:sz w:val="20"/>
                <w:szCs w:val="20"/>
                <w:lang w:val="es-CL"/>
              </w:rPr>
              <w:t>Titular</w:t>
            </w:r>
          </w:p>
        </w:tc>
        <w:tc>
          <w:tcPr>
            <w:tcW w:w="0" w:type="auto"/>
            <w:tcBorders>
              <w:top w:val="nil"/>
              <w:bottom w:val="nil"/>
            </w:tcBorders>
            <w:vAlign w:val="center"/>
          </w:tcPr>
          <w:p w14:paraId="33FBE71E" w14:textId="77777777" w:rsidR="00F642FE" w:rsidRPr="00F8725D" w:rsidRDefault="00F642FE" w:rsidP="00D441B8">
            <w:pPr>
              <w:tabs>
                <w:tab w:val="left" w:pos="5130"/>
              </w:tabs>
              <w:jc w:val="center"/>
              <w:rPr>
                <w:b/>
                <w:bCs/>
                <w:sz w:val="20"/>
                <w:szCs w:val="20"/>
                <w:lang w:val="es-CL"/>
              </w:rPr>
            </w:pPr>
          </w:p>
        </w:tc>
        <w:tc>
          <w:tcPr>
            <w:tcW w:w="600" w:type="dxa"/>
            <w:vAlign w:val="center"/>
          </w:tcPr>
          <w:p w14:paraId="61DE3A12" w14:textId="77777777" w:rsidR="00F642FE" w:rsidRPr="00F8725D" w:rsidRDefault="00F642FE" w:rsidP="00D441B8">
            <w:pPr>
              <w:tabs>
                <w:tab w:val="left" w:pos="5130"/>
              </w:tabs>
              <w:jc w:val="center"/>
              <w:rPr>
                <w:b/>
                <w:bCs/>
                <w:sz w:val="20"/>
                <w:szCs w:val="20"/>
                <w:lang w:val="es-CL"/>
              </w:rPr>
            </w:pPr>
          </w:p>
        </w:tc>
        <w:tc>
          <w:tcPr>
            <w:tcW w:w="1018" w:type="dxa"/>
            <w:vAlign w:val="center"/>
          </w:tcPr>
          <w:p w14:paraId="2566AC04" w14:textId="77777777" w:rsidR="00F642FE" w:rsidRPr="00F8725D" w:rsidRDefault="00F642FE" w:rsidP="00D441B8">
            <w:pPr>
              <w:tabs>
                <w:tab w:val="left" w:pos="5130"/>
              </w:tabs>
              <w:jc w:val="center"/>
              <w:rPr>
                <w:b/>
                <w:bCs/>
                <w:sz w:val="20"/>
                <w:szCs w:val="20"/>
                <w:lang w:val="es-CL"/>
              </w:rPr>
            </w:pPr>
            <w:r>
              <w:rPr>
                <w:b/>
                <w:bCs/>
                <w:sz w:val="20"/>
                <w:szCs w:val="20"/>
                <w:lang w:val="es-CL"/>
              </w:rPr>
              <w:t>Contrata</w:t>
            </w:r>
          </w:p>
        </w:tc>
      </w:tr>
    </w:tbl>
    <w:p w14:paraId="52155F6F" w14:textId="6BC2CC22" w:rsidR="00A0680F" w:rsidRPr="005664ED" w:rsidRDefault="00F642FE" w:rsidP="00076B81">
      <w:pPr>
        <w:tabs>
          <w:tab w:val="left" w:pos="5130"/>
        </w:tabs>
        <w:rPr>
          <w:sz w:val="20"/>
          <w:szCs w:val="20"/>
          <w:lang w:val="es-CL"/>
        </w:rPr>
      </w:pPr>
      <w:r w:rsidRPr="008D6194">
        <w:rPr>
          <w:sz w:val="20"/>
          <w:szCs w:val="20"/>
          <w:lang w:val="es-CL"/>
        </w:rPr>
        <w:t xml:space="preserve"> Calidad Jurídica</w:t>
      </w:r>
      <w:r>
        <w:rPr>
          <w:sz w:val="20"/>
          <w:szCs w:val="20"/>
          <w:lang w:val="es-CL"/>
        </w:rPr>
        <w:t>:</w:t>
      </w:r>
    </w:p>
    <w:p w14:paraId="7E1F6EAB" w14:textId="77777777" w:rsidR="00751B53" w:rsidRPr="00112E7B" w:rsidRDefault="00751B53" w:rsidP="008D6194">
      <w:pPr>
        <w:spacing w:line="240" w:lineRule="auto"/>
        <w:rPr>
          <w:sz w:val="12"/>
          <w:szCs w:val="12"/>
          <w:lang w:val="es-CL"/>
        </w:rPr>
      </w:pPr>
    </w:p>
    <w:p w14:paraId="5AAFE0FB" w14:textId="77777777" w:rsidR="00F642FE" w:rsidRPr="00F642FE" w:rsidRDefault="00F642FE" w:rsidP="00112E7B">
      <w:pPr>
        <w:spacing w:after="0" w:line="240" w:lineRule="auto"/>
        <w:rPr>
          <w:sz w:val="12"/>
          <w:szCs w:val="12"/>
          <w:lang w:val="es-CL"/>
        </w:rPr>
      </w:pPr>
    </w:p>
    <w:p w14:paraId="628B335F" w14:textId="133BDF44" w:rsidR="00C75587" w:rsidRDefault="005968BD" w:rsidP="00C75587">
      <w:pPr>
        <w:spacing w:after="0" w:line="240" w:lineRule="auto"/>
        <w:rPr>
          <w:sz w:val="20"/>
          <w:szCs w:val="20"/>
          <w:lang w:val="es-CL"/>
        </w:rPr>
      </w:pPr>
      <w:r w:rsidRPr="005664ED">
        <w:rPr>
          <w:sz w:val="20"/>
          <w:szCs w:val="20"/>
          <w:lang w:val="es-CL"/>
        </w:rPr>
        <w:t>Servicio, Departamento o Unidad: ______________________________</w:t>
      </w:r>
      <w:r w:rsidR="007402D9">
        <w:rPr>
          <w:sz w:val="20"/>
          <w:szCs w:val="20"/>
          <w:lang w:val="es-CL"/>
        </w:rPr>
        <w:t>_____________________</w:t>
      </w:r>
      <w:r w:rsidRPr="005664ED">
        <w:rPr>
          <w:sz w:val="20"/>
          <w:szCs w:val="20"/>
          <w:lang w:val="es-CL"/>
        </w:rPr>
        <w:t>______________________</w:t>
      </w:r>
      <w:proofErr w:type="gramStart"/>
      <w:r w:rsidRPr="005664ED">
        <w:rPr>
          <w:sz w:val="20"/>
          <w:szCs w:val="20"/>
          <w:lang w:val="es-CL"/>
        </w:rPr>
        <w:t>_</w:t>
      </w:r>
      <w:r w:rsidR="00FC4536">
        <w:rPr>
          <w:sz w:val="20"/>
          <w:szCs w:val="20"/>
          <w:lang w:val="es-CL"/>
        </w:rPr>
        <w:t xml:space="preserve">  horas</w:t>
      </w:r>
      <w:proofErr w:type="gramEnd"/>
      <w:r w:rsidR="00FC4536">
        <w:rPr>
          <w:sz w:val="20"/>
          <w:szCs w:val="20"/>
          <w:lang w:val="es-CL"/>
        </w:rPr>
        <w:t>: _________________</w:t>
      </w:r>
    </w:p>
    <w:p w14:paraId="2CE4B7D0" w14:textId="77777777" w:rsidR="00C75587" w:rsidRDefault="00C75587" w:rsidP="00C75587">
      <w:pPr>
        <w:spacing w:after="0" w:line="240" w:lineRule="auto"/>
        <w:rPr>
          <w:sz w:val="20"/>
          <w:szCs w:val="20"/>
          <w:lang w:val="es-CL"/>
        </w:rPr>
      </w:pPr>
    </w:p>
    <w:p w14:paraId="77DA7708" w14:textId="113EAFA3" w:rsidR="00F17682" w:rsidRPr="00C75587" w:rsidRDefault="006A3D20" w:rsidP="00C75587">
      <w:pPr>
        <w:spacing w:after="0" w:line="240" w:lineRule="auto"/>
        <w:rPr>
          <w:b/>
          <w:bCs/>
          <w:lang w:val="es-CL"/>
        </w:rPr>
      </w:pPr>
      <w:r w:rsidRPr="00C75587">
        <w:rPr>
          <w:b/>
          <w:bCs/>
          <w:sz w:val="24"/>
          <w:szCs w:val="24"/>
          <w:lang w:val="es-CL"/>
        </w:rPr>
        <w:t>Detalles de la Renuncia</w:t>
      </w:r>
    </w:p>
    <w:p w14:paraId="1315742E" w14:textId="3519F93B" w:rsidR="00F17682" w:rsidRPr="005664ED" w:rsidRDefault="00000000" w:rsidP="007846F3">
      <w:pPr>
        <w:jc w:val="both"/>
        <w:rPr>
          <w:sz w:val="20"/>
          <w:szCs w:val="20"/>
          <w:lang w:val="es-CL"/>
        </w:rPr>
      </w:pPr>
      <w:r w:rsidRPr="005664ED">
        <w:rPr>
          <w:sz w:val="20"/>
          <w:szCs w:val="20"/>
          <w:lang w:val="es-CL"/>
        </w:rPr>
        <w:t>Por medio de la presente comunico mi renuncia voluntaria al cargo que desempeño, a contar del: ____</w:t>
      </w:r>
      <w:r w:rsidR="00803235">
        <w:rPr>
          <w:sz w:val="20"/>
          <w:szCs w:val="20"/>
          <w:lang w:val="es-CL"/>
        </w:rPr>
        <w:t>_______</w:t>
      </w:r>
      <w:r w:rsidRPr="005664ED">
        <w:rPr>
          <w:sz w:val="20"/>
          <w:szCs w:val="20"/>
          <w:lang w:val="es-CL"/>
        </w:rPr>
        <w:t>_____</w:t>
      </w:r>
      <w:r w:rsidR="007846F3" w:rsidRPr="005664ED">
        <w:rPr>
          <w:sz w:val="20"/>
          <w:szCs w:val="20"/>
          <w:lang w:val="es-CL"/>
        </w:rPr>
        <w:t>__________</w:t>
      </w:r>
      <w:r w:rsidRPr="005664ED">
        <w:rPr>
          <w:sz w:val="20"/>
          <w:szCs w:val="20"/>
          <w:lang w:val="es-CL"/>
        </w:rPr>
        <w:t>__</w:t>
      </w:r>
    </w:p>
    <w:p w14:paraId="7F4F4135" w14:textId="77777777" w:rsidR="00C75587" w:rsidRDefault="00000000" w:rsidP="00C75587">
      <w:pPr>
        <w:spacing w:after="0" w:line="240" w:lineRule="auto"/>
        <w:rPr>
          <w:sz w:val="20"/>
          <w:szCs w:val="20"/>
          <w:lang w:val="es-CL"/>
        </w:rPr>
      </w:pPr>
      <w:r w:rsidRPr="005664ED">
        <w:rPr>
          <w:sz w:val="20"/>
          <w:szCs w:val="20"/>
          <w:lang w:val="es-CL"/>
        </w:rPr>
        <w:t>Motivo de la renuncia: __</w:t>
      </w:r>
      <w:r w:rsidR="007846F3" w:rsidRPr="005664ED">
        <w:rPr>
          <w:sz w:val="20"/>
          <w:szCs w:val="20"/>
          <w:lang w:val="es-CL"/>
        </w:rPr>
        <w:t>________________________________________________</w:t>
      </w:r>
      <w:r w:rsidRPr="005664ED">
        <w:rPr>
          <w:sz w:val="20"/>
          <w:szCs w:val="20"/>
          <w:lang w:val="es-CL"/>
        </w:rPr>
        <w:t>___________________</w:t>
      </w:r>
      <w:r w:rsidR="00112E7B">
        <w:rPr>
          <w:sz w:val="20"/>
          <w:szCs w:val="20"/>
          <w:lang w:val="es-CL"/>
        </w:rPr>
        <w:t>___________</w:t>
      </w:r>
      <w:r w:rsidRPr="005664ED">
        <w:rPr>
          <w:sz w:val="20"/>
          <w:szCs w:val="20"/>
          <w:lang w:val="es-CL"/>
        </w:rPr>
        <w:t>__________</w:t>
      </w:r>
    </w:p>
    <w:p w14:paraId="0252ABE0" w14:textId="77777777" w:rsidR="00C75587" w:rsidRDefault="00C75587" w:rsidP="00C75587">
      <w:pPr>
        <w:spacing w:after="0" w:line="240" w:lineRule="auto"/>
        <w:rPr>
          <w:sz w:val="24"/>
          <w:szCs w:val="24"/>
          <w:lang w:val="es-CL"/>
        </w:rPr>
      </w:pPr>
    </w:p>
    <w:p w14:paraId="0FD7A293" w14:textId="1E857E80" w:rsidR="00F17682" w:rsidRPr="00C75587" w:rsidRDefault="00000000" w:rsidP="00C75587">
      <w:pPr>
        <w:spacing w:after="0" w:line="240" w:lineRule="auto"/>
        <w:rPr>
          <w:b/>
          <w:bCs/>
          <w:sz w:val="20"/>
          <w:szCs w:val="20"/>
          <w:lang w:val="es-CL"/>
        </w:rPr>
      </w:pPr>
      <w:r w:rsidRPr="00C75587">
        <w:rPr>
          <w:b/>
          <w:bCs/>
          <w:sz w:val="24"/>
          <w:szCs w:val="24"/>
          <w:lang w:val="es-CL"/>
        </w:rPr>
        <w:t>Firmas y Aprobaciones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5"/>
        <w:gridCol w:w="5665"/>
      </w:tblGrid>
      <w:tr w:rsidR="00A23231" w:rsidRPr="00FC229C" w14:paraId="57A8F6FE" w14:textId="77777777" w:rsidTr="00C75E6B">
        <w:tc>
          <w:tcPr>
            <w:tcW w:w="3315" w:type="dxa"/>
            <w:tcBorders>
              <w:top w:val="single" w:sz="4" w:space="0" w:color="FFFFFF"/>
              <w:left w:val="single" w:sz="4" w:space="0" w:color="FFFFFF"/>
              <w:bottom w:val="single" w:sz="4" w:space="0" w:color="FFFFFF"/>
              <w:right w:val="single" w:sz="4" w:space="0" w:color="FFFFFF"/>
            </w:tcBorders>
            <w:shd w:val="clear" w:color="auto" w:fill="auto"/>
          </w:tcPr>
          <w:p w14:paraId="64B5D018" w14:textId="77777777" w:rsidR="00A23231" w:rsidRPr="00FC229C" w:rsidRDefault="00A23231" w:rsidP="00C75E6B">
            <w:pPr>
              <w:spacing w:after="0" w:line="240" w:lineRule="auto"/>
            </w:pPr>
          </w:p>
        </w:tc>
        <w:tc>
          <w:tcPr>
            <w:tcW w:w="5665" w:type="dxa"/>
            <w:tcBorders>
              <w:top w:val="single" w:sz="4" w:space="0" w:color="FFFFFF"/>
              <w:left w:val="single" w:sz="4" w:space="0" w:color="FFFFFF"/>
              <w:bottom w:val="single" w:sz="4" w:space="0" w:color="000000"/>
              <w:right w:val="single" w:sz="4" w:space="0" w:color="FFFFFF"/>
            </w:tcBorders>
            <w:shd w:val="clear" w:color="auto" w:fill="auto"/>
          </w:tcPr>
          <w:p w14:paraId="62FB2435" w14:textId="77777777" w:rsidR="00A23231" w:rsidRPr="00816151" w:rsidRDefault="00A23231" w:rsidP="00C75E6B">
            <w:pPr>
              <w:spacing w:after="0" w:line="240" w:lineRule="auto"/>
              <w:rPr>
                <w:sz w:val="2"/>
                <w:szCs w:val="2"/>
              </w:rPr>
            </w:pPr>
          </w:p>
        </w:tc>
      </w:tr>
    </w:tbl>
    <w:p w14:paraId="2D67B782" w14:textId="77777777" w:rsidR="009E0D51" w:rsidRDefault="00A23231" w:rsidP="009E0D51">
      <w:pPr>
        <w:pStyle w:val="NormalWeb"/>
        <w:spacing w:before="0" w:beforeAutospacing="0" w:after="0" w:afterAutospacing="0"/>
        <w:jc w:val="center"/>
        <w:rPr>
          <w:rFonts w:ascii="Calibri" w:hAnsi="Calibri"/>
          <w:b/>
          <w:bCs/>
          <w:color w:val="000000"/>
          <w:sz w:val="20"/>
          <w:szCs w:val="22"/>
        </w:rPr>
      </w:pPr>
      <w:r>
        <w:rPr>
          <w:rFonts w:ascii="Calibri" w:hAnsi="Calibri"/>
          <w:b/>
          <w:bCs/>
          <w:color w:val="000000"/>
          <w:sz w:val="20"/>
          <w:szCs w:val="22"/>
        </w:rPr>
        <w:t xml:space="preserve">                      </w:t>
      </w:r>
      <w:r w:rsidR="009E0D51">
        <w:rPr>
          <w:rFonts w:ascii="Calibri" w:hAnsi="Calibri"/>
          <w:b/>
          <w:bCs/>
          <w:color w:val="000000"/>
          <w:sz w:val="20"/>
          <w:szCs w:val="22"/>
        </w:rPr>
        <w:t xml:space="preserve">     </w:t>
      </w:r>
      <w:r>
        <w:rPr>
          <w:rFonts w:ascii="Calibri" w:hAnsi="Calibri"/>
          <w:b/>
          <w:bCs/>
          <w:color w:val="000000"/>
          <w:sz w:val="20"/>
          <w:szCs w:val="22"/>
        </w:rPr>
        <w:t xml:space="preserve"> </w:t>
      </w:r>
      <w:r w:rsidR="005664ED">
        <w:rPr>
          <w:rFonts w:ascii="Calibri" w:hAnsi="Calibri"/>
          <w:b/>
          <w:bCs/>
          <w:color w:val="000000"/>
          <w:sz w:val="20"/>
          <w:szCs w:val="22"/>
        </w:rPr>
        <w:t>FIRMA DEL FUNCIONARIO</w:t>
      </w:r>
    </w:p>
    <w:p w14:paraId="2AC661D7" w14:textId="005EF513" w:rsidR="00A23231" w:rsidRDefault="009E0D51" w:rsidP="009E0D51">
      <w:pPr>
        <w:pStyle w:val="NormalWeb"/>
        <w:spacing w:before="0" w:beforeAutospacing="0" w:after="0" w:afterAutospacing="0" w:line="276" w:lineRule="auto"/>
        <w:jc w:val="center"/>
        <w:rPr>
          <w:rFonts w:ascii="Calibri" w:hAnsi="Calibri"/>
          <w:b/>
          <w:bCs/>
          <w:color w:val="000000"/>
          <w:sz w:val="20"/>
          <w:szCs w:val="22"/>
        </w:rPr>
      </w:pPr>
      <w:r>
        <w:rPr>
          <w:rFonts w:ascii="Calibri" w:hAnsi="Calibri"/>
          <w:b/>
          <w:bCs/>
          <w:color w:val="000000"/>
          <w:sz w:val="20"/>
          <w:szCs w:val="22"/>
        </w:rPr>
        <w:t xml:space="preserve">                               </w:t>
      </w:r>
      <w:proofErr w:type="gramStart"/>
      <w:r w:rsidR="00A23231" w:rsidRPr="008E4FD9">
        <w:rPr>
          <w:rFonts w:ascii="Calibri" w:hAnsi="Calibri"/>
          <w:b/>
          <w:bCs/>
          <w:color w:val="000000"/>
          <w:sz w:val="20"/>
          <w:szCs w:val="22"/>
        </w:rPr>
        <w:t>FECHA:_</w:t>
      </w:r>
      <w:proofErr w:type="gramEnd"/>
      <w:r w:rsidR="00A23231" w:rsidRPr="008E4FD9">
        <w:rPr>
          <w:rFonts w:ascii="Calibri" w:hAnsi="Calibri"/>
          <w:b/>
          <w:bCs/>
          <w:color w:val="000000"/>
          <w:sz w:val="20"/>
          <w:szCs w:val="22"/>
        </w:rPr>
        <w:t>___/____/___</w:t>
      </w:r>
    </w:p>
    <w:p w14:paraId="3DA6DAED" w14:textId="77777777" w:rsidR="00DC2A88" w:rsidRPr="00750365" w:rsidRDefault="00DC2A88" w:rsidP="008E4FD9">
      <w:pPr>
        <w:pStyle w:val="NormalWeb"/>
        <w:spacing w:before="0" w:beforeAutospacing="0" w:after="0" w:afterAutospacing="0" w:line="276" w:lineRule="auto"/>
        <w:ind w:left="2880"/>
        <w:jc w:val="center"/>
        <w:rPr>
          <w:rFonts w:ascii="Calibri" w:hAnsi="Calibri"/>
          <w:b/>
          <w:bCs/>
          <w:color w:val="000000"/>
          <w:sz w:val="12"/>
          <w:szCs w:val="14"/>
        </w:rPr>
      </w:pPr>
    </w:p>
    <w:tbl>
      <w:tblPr>
        <w:tblW w:w="11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1687"/>
        <w:gridCol w:w="926"/>
        <w:gridCol w:w="1851"/>
        <w:gridCol w:w="1322"/>
        <w:gridCol w:w="1190"/>
        <w:gridCol w:w="1400"/>
        <w:gridCol w:w="1112"/>
        <w:gridCol w:w="396"/>
        <w:gridCol w:w="397"/>
      </w:tblGrid>
      <w:tr w:rsidR="00A23231" w:rsidRPr="00FC229C" w14:paraId="302D0112" w14:textId="77777777" w:rsidTr="00383DF4">
        <w:trPr>
          <w:gridAfter w:val="2"/>
          <w:wAfter w:w="793" w:type="dxa"/>
          <w:trHeight w:val="1512"/>
        </w:trPr>
        <w:tc>
          <w:tcPr>
            <w:tcW w:w="2643" w:type="dxa"/>
            <w:gridSpan w:val="2"/>
            <w:vMerge w:val="restart"/>
            <w:shd w:val="clear" w:color="auto" w:fill="auto"/>
          </w:tcPr>
          <w:p w14:paraId="14617801" w14:textId="4EC572ED" w:rsidR="00A23231" w:rsidRPr="00367B56" w:rsidRDefault="00A23231" w:rsidP="00367B56">
            <w:pPr>
              <w:pStyle w:val="NormalWeb"/>
              <w:spacing w:before="0" w:beforeAutospacing="0" w:after="0" w:afterAutospacing="0"/>
              <w:jc w:val="center"/>
              <w:rPr>
                <w:rFonts w:ascii="Calibri" w:hAnsi="Calibri"/>
                <w:b/>
                <w:bCs/>
                <w:color w:val="000000"/>
                <w:sz w:val="18"/>
                <w:szCs w:val="20"/>
              </w:rPr>
            </w:pPr>
            <w:proofErr w:type="spellStart"/>
            <w:r w:rsidRPr="00367B56">
              <w:rPr>
                <w:rFonts w:ascii="Calibri" w:hAnsi="Calibri"/>
                <w:b/>
                <w:bCs/>
                <w:color w:val="000000"/>
                <w:sz w:val="18"/>
                <w:szCs w:val="20"/>
              </w:rPr>
              <w:t>V°B°</w:t>
            </w:r>
            <w:proofErr w:type="spellEnd"/>
            <w:r w:rsidRPr="00367B56">
              <w:rPr>
                <w:rFonts w:ascii="Calibri" w:hAnsi="Calibri"/>
                <w:b/>
                <w:bCs/>
                <w:color w:val="000000"/>
                <w:sz w:val="18"/>
                <w:szCs w:val="20"/>
              </w:rPr>
              <w:t xml:space="preserve"> </w:t>
            </w:r>
            <w:r w:rsidR="00393A29" w:rsidRPr="00367B56">
              <w:rPr>
                <w:rFonts w:ascii="Calibri" w:hAnsi="Calibri"/>
                <w:b/>
                <w:bCs/>
                <w:color w:val="000000"/>
                <w:sz w:val="18"/>
                <w:szCs w:val="20"/>
              </w:rPr>
              <w:t>JEFATURA</w:t>
            </w:r>
          </w:p>
          <w:p w14:paraId="7A457D60" w14:textId="77777777" w:rsidR="00A23231" w:rsidRPr="00367B56" w:rsidRDefault="00A23231" w:rsidP="00367B56">
            <w:pPr>
              <w:pStyle w:val="NormalWeb"/>
              <w:spacing w:before="0" w:beforeAutospacing="0" w:after="0" w:afterAutospacing="0"/>
              <w:jc w:val="center"/>
              <w:rPr>
                <w:rFonts w:ascii="Calibri" w:hAnsi="Calibri"/>
                <w:b/>
                <w:bCs/>
                <w:color w:val="000000"/>
                <w:sz w:val="18"/>
                <w:szCs w:val="20"/>
              </w:rPr>
            </w:pPr>
            <w:r w:rsidRPr="00367B56">
              <w:rPr>
                <w:rFonts w:ascii="Calibri" w:hAnsi="Calibri"/>
                <w:b/>
                <w:bCs/>
                <w:color w:val="000000"/>
                <w:sz w:val="18"/>
                <w:szCs w:val="20"/>
              </w:rPr>
              <w:t>DIRECTA</w:t>
            </w:r>
          </w:p>
          <w:p w14:paraId="142B5CD9" w14:textId="77777777" w:rsidR="00A23231" w:rsidRPr="008E4FD9" w:rsidRDefault="00A23231" w:rsidP="008E4FD9">
            <w:pPr>
              <w:spacing w:after="0"/>
              <w:rPr>
                <w:rFonts w:ascii="Calibri" w:eastAsia="Times New Roman" w:hAnsi="Calibri" w:cs="Times New Roman"/>
                <w:b/>
                <w:bCs/>
                <w:color w:val="000000"/>
                <w:sz w:val="20"/>
                <w:lang w:val="es-CL" w:eastAsia="es-CL"/>
              </w:rPr>
            </w:pPr>
          </w:p>
          <w:p w14:paraId="5E95AC06" w14:textId="77777777" w:rsidR="00A23231" w:rsidRPr="006E533B" w:rsidRDefault="00A23231" w:rsidP="006E533B">
            <w:pPr>
              <w:spacing w:after="0"/>
              <w:jc w:val="center"/>
              <w:rPr>
                <w:rFonts w:ascii="Calibri" w:eastAsia="Times New Roman" w:hAnsi="Calibri" w:cs="Times New Roman"/>
                <w:b/>
                <w:bCs/>
                <w:color w:val="000000"/>
                <w:sz w:val="18"/>
                <w:szCs w:val="20"/>
                <w:lang w:val="es-CL" w:eastAsia="es-CL"/>
              </w:rPr>
            </w:pPr>
            <w:proofErr w:type="gramStart"/>
            <w:r w:rsidRPr="006E533B">
              <w:rPr>
                <w:rFonts w:ascii="Calibri" w:eastAsia="Times New Roman" w:hAnsi="Calibri" w:cs="Times New Roman"/>
                <w:b/>
                <w:bCs/>
                <w:color w:val="000000"/>
                <w:sz w:val="18"/>
                <w:szCs w:val="20"/>
                <w:lang w:val="es-CL" w:eastAsia="es-CL"/>
              </w:rPr>
              <w:t>FECHA:_</w:t>
            </w:r>
            <w:proofErr w:type="gramEnd"/>
            <w:r w:rsidRPr="006E533B">
              <w:rPr>
                <w:rFonts w:ascii="Calibri" w:eastAsia="Times New Roman" w:hAnsi="Calibri" w:cs="Times New Roman"/>
                <w:b/>
                <w:bCs/>
                <w:color w:val="000000"/>
                <w:sz w:val="18"/>
                <w:szCs w:val="20"/>
                <w:lang w:val="es-CL" w:eastAsia="es-CL"/>
              </w:rPr>
              <w:t>___/____/____</w:t>
            </w:r>
          </w:p>
          <w:p w14:paraId="2EF54F0D" w14:textId="77777777" w:rsidR="00A23231" w:rsidRPr="008E4FD9" w:rsidRDefault="00A23231" w:rsidP="008E4FD9">
            <w:pPr>
              <w:tabs>
                <w:tab w:val="left" w:pos="930"/>
              </w:tabs>
              <w:spacing w:after="0"/>
              <w:jc w:val="center"/>
              <w:rPr>
                <w:rFonts w:ascii="Calibri" w:eastAsia="Times New Roman" w:hAnsi="Calibri" w:cs="Times New Roman"/>
                <w:b/>
                <w:bCs/>
                <w:color w:val="000000"/>
                <w:sz w:val="20"/>
                <w:lang w:val="es-CL" w:eastAsia="es-CL"/>
              </w:rPr>
            </w:pPr>
          </w:p>
          <w:p w14:paraId="148C8562" w14:textId="77777777" w:rsidR="00A23231" w:rsidRDefault="00A23231" w:rsidP="008E4FD9">
            <w:pPr>
              <w:tabs>
                <w:tab w:val="left" w:pos="930"/>
              </w:tabs>
              <w:spacing w:after="0"/>
              <w:jc w:val="center"/>
              <w:rPr>
                <w:rFonts w:ascii="Calibri" w:eastAsia="Times New Roman" w:hAnsi="Calibri" w:cs="Times New Roman"/>
                <w:b/>
                <w:bCs/>
                <w:color w:val="000000"/>
                <w:sz w:val="20"/>
                <w:lang w:val="es-CL" w:eastAsia="es-CL"/>
              </w:rPr>
            </w:pPr>
          </w:p>
          <w:p w14:paraId="23818F2D" w14:textId="77777777" w:rsidR="00197941" w:rsidRDefault="00197941" w:rsidP="008E4FD9">
            <w:pPr>
              <w:tabs>
                <w:tab w:val="left" w:pos="930"/>
              </w:tabs>
              <w:spacing w:after="0"/>
              <w:jc w:val="center"/>
              <w:rPr>
                <w:rFonts w:ascii="Calibri" w:eastAsia="Times New Roman" w:hAnsi="Calibri" w:cs="Times New Roman"/>
                <w:b/>
                <w:bCs/>
                <w:color w:val="000000"/>
                <w:sz w:val="20"/>
                <w:lang w:val="es-CL" w:eastAsia="es-CL"/>
              </w:rPr>
            </w:pPr>
          </w:p>
          <w:p w14:paraId="0FE69AF1" w14:textId="77777777" w:rsidR="00197941" w:rsidRDefault="00197941" w:rsidP="008E4FD9">
            <w:pPr>
              <w:tabs>
                <w:tab w:val="left" w:pos="930"/>
              </w:tabs>
              <w:spacing w:after="0"/>
              <w:jc w:val="center"/>
              <w:rPr>
                <w:rFonts w:ascii="Calibri" w:eastAsia="Times New Roman" w:hAnsi="Calibri" w:cs="Times New Roman"/>
                <w:b/>
                <w:bCs/>
                <w:color w:val="000000"/>
                <w:sz w:val="20"/>
                <w:lang w:val="es-CL" w:eastAsia="es-CL"/>
              </w:rPr>
            </w:pPr>
          </w:p>
          <w:p w14:paraId="60174C9B" w14:textId="77777777" w:rsidR="00197941" w:rsidRDefault="00197941" w:rsidP="008E4FD9">
            <w:pPr>
              <w:tabs>
                <w:tab w:val="left" w:pos="930"/>
              </w:tabs>
              <w:spacing w:after="0"/>
              <w:jc w:val="center"/>
              <w:rPr>
                <w:rFonts w:ascii="Calibri" w:eastAsia="Times New Roman" w:hAnsi="Calibri" w:cs="Times New Roman"/>
                <w:b/>
                <w:bCs/>
                <w:color w:val="000000"/>
                <w:sz w:val="20"/>
                <w:lang w:val="es-CL" w:eastAsia="es-CL"/>
              </w:rPr>
            </w:pPr>
          </w:p>
          <w:p w14:paraId="2D07E268" w14:textId="77777777" w:rsidR="00197941" w:rsidRDefault="00197941" w:rsidP="008E4FD9">
            <w:pPr>
              <w:tabs>
                <w:tab w:val="left" w:pos="930"/>
              </w:tabs>
              <w:spacing w:after="0"/>
              <w:jc w:val="center"/>
              <w:rPr>
                <w:rFonts w:ascii="Calibri" w:eastAsia="Times New Roman" w:hAnsi="Calibri" w:cs="Times New Roman"/>
                <w:b/>
                <w:bCs/>
                <w:color w:val="000000"/>
                <w:sz w:val="20"/>
                <w:lang w:val="es-CL" w:eastAsia="es-CL"/>
              </w:rPr>
            </w:pPr>
          </w:p>
          <w:p w14:paraId="76E976D9" w14:textId="77777777" w:rsidR="00197941" w:rsidRDefault="00197941" w:rsidP="008E4FD9">
            <w:pPr>
              <w:tabs>
                <w:tab w:val="left" w:pos="930"/>
              </w:tabs>
              <w:spacing w:after="0"/>
              <w:jc w:val="center"/>
              <w:rPr>
                <w:rFonts w:ascii="Calibri" w:eastAsia="Times New Roman" w:hAnsi="Calibri" w:cs="Times New Roman"/>
                <w:b/>
                <w:bCs/>
                <w:color w:val="000000"/>
                <w:sz w:val="20"/>
                <w:lang w:val="es-CL" w:eastAsia="es-CL"/>
              </w:rPr>
            </w:pPr>
          </w:p>
          <w:tbl>
            <w:tblPr>
              <w:tblStyle w:val="Tablaconcuadrcula"/>
              <w:tblW w:w="0" w:type="auto"/>
              <w:tblLayout w:type="fixed"/>
              <w:tblLook w:val="04A0" w:firstRow="1" w:lastRow="0" w:firstColumn="1" w:lastColumn="0" w:noHBand="0" w:noVBand="1"/>
            </w:tblPr>
            <w:tblGrid>
              <w:gridCol w:w="846"/>
              <w:gridCol w:w="1566"/>
            </w:tblGrid>
            <w:tr w:rsidR="00197941" w14:paraId="13167F42" w14:textId="77777777" w:rsidTr="004C34CB">
              <w:tc>
                <w:tcPr>
                  <w:tcW w:w="846" w:type="dxa"/>
                </w:tcPr>
                <w:p w14:paraId="78E9E2C8" w14:textId="1307C9DF" w:rsidR="00197941" w:rsidRPr="004C34CB" w:rsidRDefault="00197941" w:rsidP="008E4FD9">
                  <w:pPr>
                    <w:tabs>
                      <w:tab w:val="left" w:pos="930"/>
                    </w:tabs>
                    <w:jc w:val="center"/>
                    <w:rPr>
                      <w:rFonts w:ascii="Calibri" w:eastAsia="Times New Roman" w:hAnsi="Calibri" w:cs="Times New Roman"/>
                      <w:color w:val="000000"/>
                      <w:sz w:val="14"/>
                      <w:szCs w:val="14"/>
                      <w:lang w:val="es-CL" w:eastAsia="es-CL"/>
                    </w:rPr>
                  </w:pPr>
                </w:p>
              </w:tc>
              <w:tc>
                <w:tcPr>
                  <w:tcW w:w="1566" w:type="dxa"/>
                </w:tcPr>
                <w:p w14:paraId="3FAE0C31" w14:textId="18252007" w:rsidR="00197941" w:rsidRDefault="00197941" w:rsidP="008E4FD9">
                  <w:pPr>
                    <w:tabs>
                      <w:tab w:val="left" w:pos="930"/>
                    </w:tabs>
                    <w:jc w:val="center"/>
                    <w:rPr>
                      <w:rFonts w:ascii="Calibri" w:eastAsia="Times New Roman" w:hAnsi="Calibri" w:cs="Times New Roman"/>
                      <w:b/>
                      <w:bCs/>
                      <w:color w:val="000000"/>
                      <w:sz w:val="20"/>
                      <w:lang w:val="es-CL" w:eastAsia="es-CL"/>
                    </w:rPr>
                  </w:pPr>
                  <w:r w:rsidRPr="00197941">
                    <w:rPr>
                      <w:rFonts w:ascii="Calibri" w:eastAsia="Times New Roman" w:hAnsi="Calibri" w:cs="Times New Roman"/>
                      <w:b/>
                      <w:bCs/>
                      <w:color w:val="000000"/>
                      <w:sz w:val="16"/>
                      <w:szCs w:val="18"/>
                      <w:lang w:val="es-CL" w:eastAsia="es-CL"/>
                    </w:rPr>
                    <w:t>FUNCIONARIO ENTREGA CREDENCIAL</w:t>
                  </w:r>
                </w:p>
              </w:tc>
            </w:tr>
          </w:tbl>
          <w:p w14:paraId="008B7BE0" w14:textId="199948E9" w:rsidR="00197941" w:rsidRPr="00A357BE" w:rsidRDefault="004C34CB" w:rsidP="004C34CB">
            <w:pPr>
              <w:tabs>
                <w:tab w:val="left" w:pos="930"/>
              </w:tabs>
              <w:spacing w:after="0" w:line="240" w:lineRule="auto"/>
              <w:jc w:val="center"/>
              <w:rPr>
                <w:rFonts w:ascii="Calibri" w:eastAsia="Times New Roman" w:hAnsi="Calibri" w:cs="Times New Roman"/>
                <w:color w:val="000000"/>
                <w:sz w:val="6"/>
                <w:szCs w:val="8"/>
                <w:lang w:val="es-CL" w:eastAsia="es-CL"/>
              </w:rPr>
            </w:pPr>
            <w:r w:rsidRPr="00A357BE">
              <w:rPr>
                <w:rFonts w:ascii="Calibri" w:eastAsia="Times New Roman" w:hAnsi="Calibri" w:cs="Times New Roman"/>
                <w:color w:val="000000"/>
                <w:sz w:val="14"/>
                <w:szCs w:val="16"/>
                <w:lang w:val="es-CL" w:eastAsia="es-CL"/>
              </w:rPr>
              <w:t xml:space="preserve">Marque con </w:t>
            </w:r>
            <w:r w:rsidR="00A357BE">
              <w:rPr>
                <w:rFonts w:ascii="Calibri" w:eastAsia="Times New Roman" w:hAnsi="Calibri" w:cs="Times New Roman"/>
                <w:color w:val="000000"/>
                <w:sz w:val="14"/>
                <w:szCs w:val="16"/>
                <w:lang w:val="es-CL" w:eastAsia="es-CL"/>
              </w:rPr>
              <w:t>X</w:t>
            </w:r>
            <w:r w:rsidRPr="00A357BE">
              <w:rPr>
                <w:rFonts w:ascii="Calibri" w:eastAsia="Times New Roman" w:hAnsi="Calibri" w:cs="Times New Roman"/>
                <w:color w:val="000000"/>
                <w:sz w:val="14"/>
                <w:szCs w:val="16"/>
                <w:lang w:val="es-CL" w:eastAsia="es-CL"/>
              </w:rPr>
              <w:t xml:space="preserve"> si corresponde</w:t>
            </w:r>
          </w:p>
        </w:tc>
        <w:tc>
          <w:tcPr>
            <w:tcW w:w="2777" w:type="dxa"/>
            <w:gridSpan w:val="2"/>
            <w:vMerge w:val="restart"/>
            <w:shd w:val="clear" w:color="auto" w:fill="auto"/>
          </w:tcPr>
          <w:p w14:paraId="426600DC" w14:textId="77777777" w:rsidR="00393A29" w:rsidRPr="00367B56" w:rsidRDefault="00393A29" w:rsidP="00367B56">
            <w:pPr>
              <w:pStyle w:val="NormalWeb"/>
              <w:spacing w:before="0" w:beforeAutospacing="0" w:after="0" w:afterAutospacing="0"/>
              <w:jc w:val="center"/>
              <w:rPr>
                <w:rFonts w:ascii="Calibri" w:hAnsi="Calibri"/>
                <w:b/>
                <w:bCs/>
                <w:color w:val="000000"/>
                <w:sz w:val="18"/>
                <w:szCs w:val="20"/>
              </w:rPr>
            </w:pPr>
            <w:proofErr w:type="spellStart"/>
            <w:r w:rsidRPr="00367B56">
              <w:rPr>
                <w:rFonts w:ascii="Calibri" w:hAnsi="Calibri"/>
                <w:b/>
                <w:bCs/>
                <w:color w:val="000000"/>
                <w:sz w:val="18"/>
                <w:szCs w:val="20"/>
              </w:rPr>
              <w:t>V°B°</w:t>
            </w:r>
            <w:proofErr w:type="spellEnd"/>
            <w:r w:rsidRPr="00367B56">
              <w:rPr>
                <w:rFonts w:ascii="Calibri" w:hAnsi="Calibri"/>
                <w:b/>
                <w:bCs/>
                <w:color w:val="000000"/>
                <w:sz w:val="18"/>
                <w:szCs w:val="20"/>
              </w:rPr>
              <w:t xml:space="preserve"> SUBDIRECCIÓN </w:t>
            </w:r>
          </w:p>
          <w:p w14:paraId="5E3BCF10" w14:textId="77777777" w:rsidR="00393A29" w:rsidRPr="00367B56" w:rsidRDefault="00393A29" w:rsidP="00367B56">
            <w:pPr>
              <w:pStyle w:val="NormalWeb"/>
              <w:spacing w:before="0" w:beforeAutospacing="0" w:after="0" w:afterAutospacing="0"/>
              <w:jc w:val="center"/>
              <w:rPr>
                <w:rFonts w:ascii="Calibri" w:hAnsi="Calibri"/>
                <w:b/>
                <w:bCs/>
                <w:color w:val="000000"/>
                <w:sz w:val="18"/>
                <w:szCs w:val="20"/>
              </w:rPr>
            </w:pPr>
            <w:r w:rsidRPr="00367B56">
              <w:rPr>
                <w:rFonts w:ascii="Calibri" w:hAnsi="Calibri"/>
                <w:b/>
                <w:bCs/>
                <w:color w:val="000000"/>
                <w:sz w:val="18"/>
                <w:szCs w:val="20"/>
              </w:rPr>
              <w:t>DIRECTA</w:t>
            </w:r>
          </w:p>
          <w:p w14:paraId="7FA8DB49" w14:textId="77777777" w:rsidR="00A23231" w:rsidRPr="008E4FD9" w:rsidRDefault="00A23231" w:rsidP="008E4FD9">
            <w:pPr>
              <w:spacing w:after="0"/>
              <w:rPr>
                <w:rFonts w:ascii="Calibri" w:eastAsia="Times New Roman" w:hAnsi="Calibri" w:cs="Times New Roman"/>
                <w:b/>
                <w:bCs/>
                <w:color w:val="000000"/>
                <w:sz w:val="20"/>
                <w:lang w:val="es-CL" w:eastAsia="es-CL"/>
              </w:rPr>
            </w:pPr>
          </w:p>
          <w:p w14:paraId="0BF17DC0" w14:textId="77777777" w:rsidR="00A23231" w:rsidRPr="006E533B" w:rsidRDefault="00A23231" w:rsidP="006E533B">
            <w:pPr>
              <w:spacing w:after="0"/>
              <w:jc w:val="center"/>
              <w:rPr>
                <w:rFonts w:ascii="Calibri" w:eastAsia="Times New Roman" w:hAnsi="Calibri" w:cs="Times New Roman"/>
                <w:b/>
                <w:bCs/>
                <w:color w:val="000000"/>
                <w:sz w:val="18"/>
                <w:szCs w:val="20"/>
                <w:lang w:val="es-CL" w:eastAsia="es-CL"/>
              </w:rPr>
            </w:pPr>
            <w:proofErr w:type="gramStart"/>
            <w:r w:rsidRPr="006E533B">
              <w:rPr>
                <w:rFonts w:ascii="Calibri" w:eastAsia="Times New Roman" w:hAnsi="Calibri" w:cs="Times New Roman"/>
                <w:b/>
                <w:bCs/>
                <w:color w:val="000000"/>
                <w:sz w:val="18"/>
                <w:szCs w:val="20"/>
                <w:lang w:val="es-CL" w:eastAsia="es-CL"/>
              </w:rPr>
              <w:t>FECHA:_</w:t>
            </w:r>
            <w:proofErr w:type="gramEnd"/>
            <w:r w:rsidRPr="006E533B">
              <w:rPr>
                <w:rFonts w:ascii="Calibri" w:eastAsia="Times New Roman" w:hAnsi="Calibri" w:cs="Times New Roman"/>
                <w:b/>
                <w:bCs/>
                <w:color w:val="000000"/>
                <w:sz w:val="18"/>
                <w:szCs w:val="20"/>
                <w:lang w:val="es-CL" w:eastAsia="es-CL"/>
              </w:rPr>
              <w:t>___/____/____</w:t>
            </w:r>
          </w:p>
          <w:p w14:paraId="4A71DD6E" w14:textId="77777777" w:rsidR="00A23231" w:rsidRPr="008E4FD9" w:rsidRDefault="00A23231" w:rsidP="008E4FD9">
            <w:pPr>
              <w:pStyle w:val="NormalWeb"/>
              <w:spacing w:before="0" w:beforeAutospacing="0" w:after="0" w:afterAutospacing="0" w:line="276" w:lineRule="auto"/>
              <w:jc w:val="center"/>
              <w:rPr>
                <w:rFonts w:ascii="Calibri" w:hAnsi="Calibri"/>
                <w:b/>
                <w:bCs/>
                <w:color w:val="000000"/>
                <w:sz w:val="20"/>
                <w:szCs w:val="22"/>
              </w:rPr>
            </w:pPr>
          </w:p>
          <w:p w14:paraId="0D48A506" w14:textId="77777777" w:rsidR="00A23231" w:rsidRPr="008E4FD9" w:rsidRDefault="00A23231" w:rsidP="008E4FD9">
            <w:pPr>
              <w:spacing w:after="0"/>
              <w:rPr>
                <w:rFonts w:ascii="Calibri" w:eastAsia="Times New Roman" w:hAnsi="Calibri" w:cs="Times New Roman"/>
                <w:b/>
                <w:bCs/>
                <w:color w:val="000000"/>
                <w:sz w:val="20"/>
                <w:lang w:val="es-CL" w:eastAsia="es-CL"/>
              </w:rPr>
            </w:pPr>
          </w:p>
          <w:p w14:paraId="488C9F3F" w14:textId="1607611B" w:rsidR="00A23231" w:rsidRPr="008E4FD9" w:rsidRDefault="00A23231" w:rsidP="008E4FD9">
            <w:pPr>
              <w:spacing w:after="0"/>
              <w:rPr>
                <w:rFonts w:ascii="Calibri" w:eastAsia="Times New Roman" w:hAnsi="Calibri" w:cs="Times New Roman"/>
                <w:b/>
                <w:bCs/>
                <w:color w:val="000000"/>
                <w:sz w:val="20"/>
                <w:lang w:val="es-CL" w:eastAsia="es-CL"/>
              </w:rPr>
            </w:pPr>
          </w:p>
        </w:tc>
        <w:tc>
          <w:tcPr>
            <w:tcW w:w="2512" w:type="dxa"/>
            <w:gridSpan w:val="2"/>
            <w:tcBorders>
              <w:bottom w:val="nil"/>
            </w:tcBorders>
            <w:shd w:val="clear" w:color="auto" w:fill="auto"/>
          </w:tcPr>
          <w:p w14:paraId="55C5FF0A" w14:textId="77777777" w:rsidR="00A23231" w:rsidRPr="00367B56" w:rsidRDefault="00A23231" w:rsidP="00367B56">
            <w:pPr>
              <w:pStyle w:val="NormalWeb"/>
              <w:spacing w:before="0" w:beforeAutospacing="0" w:after="0" w:afterAutospacing="0"/>
              <w:jc w:val="center"/>
              <w:rPr>
                <w:rFonts w:ascii="Calibri" w:hAnsi="Calibri"/>
                <w:b/>
                <w:bCs/>
                <w:color w:val="000000"/>
                <w:sz w:val="18"/>
                <w:szCs w:val="20"/>
              </w:rPr>
            </w:pPr>
            <w:proofErr w:type="spellStart"/>
            <w:r w:rsidRPr="00367B56">
              <w:rPr>
                <w:rFonts w:ascii="Calibri" w:hAnsi="Calibri"/>
                <w:b/>
                <w:bCs/>
                <w:color w:val="000000"/>
                <w:sz w:val="18"/>
                <w:szCs w:val="20"/>
              </w:rPr>
              <w:t>V°B°</w:t>
            </w:r>
            <w:proofErr w:type="spellEnd"/>
            <w:r w:rsidRPr="00367B56">
              <w:rPr>
                <w:rFonts w:ascii="Calibri" w:hAnsi="Calibri"/>
                <w:b/>
                <w:bCs/>
                <w:color w:val="000000"/>
                <w:sz w:val="18"/>
                <w:szCs w:val="20"/>
              </w:rPr>
              <w:t xml:space="preserve"> JEFE DEPTO.</w:t>
            </w:r>
          </w:p>
          <w:p w14:paraId="27D60398" w14:textId="77777777" w:rsidR="00A23231" w:rsidRPr="008E4FD9" w:rsidRDefault="00A23231" w:rsidP="00367B56">
            <w:pPr>
              <w:spacing w:after="0" w:line="240" w:lineRule="auto"/>
              <w:jc w:val="center"/>
              <w:rPr>
                <w:rFonts w:ascii="Calibri" w:eastAsia="Times New Roman" w:hAnsi="Calibri" w:cs="Times New Roman"/>
                <w:b/>
                <w:bCs/>
                <w:color w:val="000000"/>
                <w:sz w:val="20"/>
                <w:lang w:val="es-CL" w:eastAsia="es-CL"/>
              </w:rPr>
            </w:pPr>
            <w:r w:rsidRPr="00367B56">
              <w:rPr>
                <w:rFonts w:ascii="Calibri" w:eastAsia="Times New Roman" w:hAnsi="Calibri" w:cs="Times New Roman"/>
                <w:b/>
                <w:bCs/>
                <w:color w:val="000000"/>
                <w:sz w:val="18"/>
                <w:szCs w:val="20"/>
                <w:lang w:val="es-CL" w:eastAsia="es-CL"/>
              </w:rPr>
              <w:t>GESTION DE PERSONAS</w:t>
            </w:r>
          </w:p>
          <w:p w14:paraId="3FA5687E" w14:textId="77777777" w:rsidR="00A23231" w:rsidRPr="008E4FD9" w:rsidRDefault="00A23231" w:rsidP="008E4FD9">
            <w:pPr>
              <w:spacing w:after="0"/>
              <w:rPr>
                <w:rFonts w:ascii="Calibri" w:eastAsia="Times New Roman" w:hAnsi="Calibri" w:cs="Times New Roman"/>
                <w:b/>
                <w:bCs/>
                <w:color w:val="000000"/>
                <w:sz w:val="20"/>
                <w:lang w:val="es-CL" w:eastAsia="es-CL"/>
              </w:rPr>
            </w:pPr>
          </w:p>
          <w:p w14:paraId="47A6753A" w14:textId="77777777" w:rsidR="00A23231" w:rsidRPr="006E533B" w:rsidRDefault="00A23231" w:rsidP="006E533B">
            <w:pPr>
              <w:spacing w:after="0"/>
              <w:jc w:val="center"/>
              <w:rPr>
                <w:rFonts w:ascii="Calibri" w:eastAsia="Times New Roman" w:hAnsi="Calibri" w:cs="Times New Roman"/>
                <w:b/>
                <w:bCs/>
                <w:color w:val="000000"/>
                <w:sz w:val="18"/>
                <w:szCs w:val="20"/>
                <w:lang w:val="es-CL" w:eastAsia="es-CL"/>
              </w:rPr>
            </w:pPr>
            <w:proofErr w:type="gramStart"/>
            <w:r w:rsidRPr="006E533B">
              <w:rPr>
                <w:rFonts w:ascii="Calibri" w:eastAsia="Times New Roman" w:hAnsi="Calibri" w:cs="Times New Roman"/>
                <w:b/>
                <w:bCs/>
                <w:color w:val="000000"/>
                <w:sz w:val="18"/>
                <w:szCs w:val="20"/>
                <w:lang w:val="es-CL" w:eastAsia="es-CL"/>
              </w:rPr>
              <w:t>FECHA:_</w:t>
            </w:r>
            <w:proofErr w:type="gramEnd"/>
            <w:r w:rsidRPr="006E533B">
              <w:rPr>
                <w:rFonts w:ascii="Calibri" w:eastAsia="Times New Roman" w:hAnsi="Calibri" w:cs="Times New Roman"/>
                <w:b/>
                <w:bCs/>
                <w:color w:val="000000"/>
                <w:sz w:val="18"/>
                <w:szCs w:val="20"/>
                <w:lang w:val="es-CL" w:eastAsia="es-CL"/>
              </w:rPr>
              <w:t>___/____/___</w:t>
            </w:r>
          </w:p>
          <w:p w14:paraId="57EC0889" w14:textId="77777777" w:rsidR="00A23231" w:rsidRPr="00FC229C" w:rsidRDefault="00A23231" w:rsidP="008E4FD9">
            <w:pPr>
              <w:pStyle w:val="NormalWeb"/>
              <w:spacing w:before="0" w:beforeAutospacing="0" w:after="0" w:afterAutospacing="0" w:line="276" w:lineRule="auto"/>
              <w:jc w:val="center"/>
              <w:rPr>
                <w:rFonts w:ascii="Calibri" w:hAnsi="Calibri"/>
                <w:b/>
                <w:bCs/>
                <w:color w:val="000000"/>
                <w:sz w:val="20"/>
                <w:szCs w:val="22"/>
              </w:rPr>
            </w:pPr>
          </w:p>
          <w:p w14:paraId="7BB8B75D" w14:textId="77777777" w:rsidR="00A23231" w:rsidRDefault="00A23231" w:rsidP="008E4FD9">
            <w:pPr>
              <w:pStyle w:val="NormalWeb"/>
              <w:spacing w:before="0" w:beforeAutospacing="0" w:after="0" w:afterAutospacing="0" w:line="276" w:lineRule="auto"/>
              <w:jc w:val="center"/>
              <w:rPr>
                <w:rFonts w:ascii="Calibri" w:hAnsi="Calibri"/>
                <w:b/>
                <w:bCs/>
                <w:color w:val="000000"/>
                <w:sz w:val="20"/>
                <w:szCs w:val="22"/>
              </w:rPr>
            </w:pPr>
          </w:p>
          <w:p w14:paraId="785F5C39" w14:textId="77777777" w:rsidR="00A23231" w:rsidRDefault="00A23231" w:rsidP="008E4FD9">
            <w:pPr>
              <w:pStyle w:val="NormalWeb"/>
              <w:spacing w:before="0" w:beforeAutospacing="0" w:after="0" w:afterAutospacing="0" w:line="276" w:lineRule="auto"/>
              <w:jc w:val="center"/>
              <w:rPr>
                <w:rFonts w:ascii="Calibri" w:hAnsi="Calibri"/>
                <w:b/>
                <w:bCs/>
                <w:color w:val="000000"/>
                <w:sz w:val="20"/>
                <w:szCs w:val="22"/>
              </w:rPr>
            </w:pPr>
          </w:p>
          <w:p w14:paraId="4B8ACFE6" w14:textId="77777777" w:rsidR="00DC2A88" w:rsidRDefault="00DC2A88" w:rsidP="008E4FD9">
            <w:pPr>
              <w:pStyle w:val="NormalWeb"/>
              <w:spacing w:before="0" w:beforeAutospacing="0" w:after="0" w:afterAutospacing="0" w:line="276" w:lineRule="auto"/>
              <w:jc w:val="center"/>
              <w:rPr>
                <w:rFonts w:ascii="Calibri" w:hAnsi="Calibri"/>
                <w:b/>
                <w:bCs/>
                <w:color w:val="000000"/>
                <w:sz w:val="20"/>
                <w:szCs w:val="22"/>
              </w:rPr>
            </w:pPr>
          </w:p>
          <w:p w14:paraId="3EC5957B" w14:textId="77777777" w:rsidR="00DC2A88" w:rsidRDefault="00DC2A88" w:rsidP="008E4FD9">
            <w:pPr>
              <w:pStyle w:val="NormalWeb"/>
              <w:spacing w:before="0" w:beforeAutospacing="0" w:after="0" w:afterAutospacing="0" w:line="276" w:lineRule="auto"/>
              <w:jc w:val="center"/>
              <w:rPr>
                <w:rFonts w:ascii="Calibri" w:hAnsi="Calibri"/>
                <w:b/>
                <w:bCs/>
                <w:color w:val="000000"/>
                <w:sz w:val="20"/>
                <w:szCs w:val="22"/>
              </w:rPr>
            </w:pPr>
          </w:p>
          <w:p w14:paraId="6F11772D" w14:textId="77777777" w:rsidR="00DC2A88" w:rsidRPr="00FC229C" w:rsidRDefault="00DC2A88" w:rsidP="008E4FD9">
            <w:pPr>
              <w:pStyle w:val="NormalWeb"/>
              <w:spacing w:before="0" w:beforeAutospacing="0" w:after="0" w:afterAutospacing="0" w:line="276" w:lineRule="auto"/>
              <w:jc w:val="center"/>
              <w:rPr>
                <w:rFonts w:ascii="Calibri" w:hAnsi="Calibri"/>
                <w:b/>
                <w:bCs/>
                <w:color w:val="000000"/>
                <w:sz w:val="20"/>
                <w:szCs w:val="22"/>
              </w:rPr>
            </w:pPr>
          </w:p>
          <w:p w14:paraId="7D61F735" w14:textId="77777777" w:rsidR="00A23231" w:rsidRPr="00FC229C" w:rsidRDefault="00A23231" w:rsidP="008E4FD9">
            <w:pPr>
              <w:pStyle w:val="NormalWeb"/>
              <w:spacing w:before="0" w:beforeAutospacing="0" w:after="0" w:afterAutospacing="0" w:line="276" w:lineRule="auto"/>
              <w:rPr>
                <w:rFonts w:ascii="Calibri" w:hAnsi="Calibri"/>
                <w:b/>
                <w:bCs/>
                <w:color w:val="000000"/>
                <w:sz w:val="20"/>
                <w:szCs w:val="22"/>
              </w:rPr>
            </w:pPr>
          </w:p>
        </w:tc>
        <w:tc>
          <w:tcPr>
            <w:tcW w:w="2512" w:type="dxa"/>
            <w:gridSpan w:val="2"/>
            <w:vMerge w:val="restart"/>
            <w:shd w:val="clear" w:color="auto" w:fill="auto"/>
          </w:tcPr>
          <w:p w14:paraId="18FCF654" w14:textId="6BCA1DC2" w:rsidR="00A23231" w:rsidRPr="00367B56" w:rsidRDefault="00A23231" w:rsidP="00367B56">
            <w:pPr>
              <w:spacing w:after="0" w:line="240" w:lineRule="auto"/>
              <w:jc w:val="center"/>
              <w:rPr>
                <w:rFonts w:ascii="Calibri" w:eastAsia="Times New Roman" w:hAnsi="Calibri" w:cs="Times New Roman"/>
                <w:b/>
                <w:bCs/>
                <w:color w:val="000000"/>
                <w:sz w:val="18"/>
                <w:szCs w:val="20"/>
                <w:lang w:val="es-CL" w:eastAsia="es-CL"/>
              </w:rPr>
            </w:pPr>
            <w:proofErr w:type="spellStart"/>
            <w:r w:rsidRPr="00367B56">
              <w:rPr>
                <w:rFonts w:ascii="Calibri" w:eastAsia="Times New Roman" w:hAnsi="Calibri" w:cs="Times New Roman"/>
                <w:b/>
                <w:bCs/>
                <w:color w:val="000000"/>
                <w:sz w:val="18"/>
                <w:szCs w:val="20"/>
                <w:lang w:val="es-CL" w:eastAsia="es-CL"/>
              </w:rPr>
              <w:t>V°B°</w:t>
            </w:r>
            <w:proofErr w:type="spellEnd"/>
            <w:r w:rsidRPr="00367B56">
              <w:rPr>
                <w:rFonts w:ascii="Calibri" w:eastAsia="Times New Roman" w:hAnsi="Calibri" w:cs="Times New Roman"/>
                <w:b/>
                <w:bCs/>
                <w:color w:val="000000"/>
                <w:sz w:val="18"/>
                <w:szCs w:val="20"/>
                <w:lang w:val="es-CL" w:eastAsia="es-CL"/>
              </w:rPr>
              <w:t xml:space="preserve"> SUBDIRECCIÓN DE GESTIÓN Y DESARROLLO DE LAS PERSONAS </w:t>
            </w:r>
          </w:p>
          <w:p w14:paraId="38A82B6F" w14:textId="77777777" w:rsidR="00A23231" w:rsidRDefault="00A23231" w:rsidP="006E533B">
            <w:pPr>
              <w:spacing w:after="0"/>
              <w:jc w:val="center"/>
              <w:rPr>
                <w:rFonts w:ascii="Calibri" w:eastAsia="Times New Roman" w:hAnsi="Calibri" w:cs="Times New Roman"/>
                <w:b/>
                <w:bCs/>
                <w:color w:val="000000"/>
                <w:sz w:val="20"/>
                <w:lang w:val="es-CL" w:eastAsia="es-CL"/>
              </w:rPr>
            </w:pPr>
            <w:proofErr w:type="gramStart"/>
            <w:r w:rsidRPr="008E4FD9">
              <w:rPr>
                <w:rFonts w:ascii="Calibri" w:eastAsia="Times New Roman" w:hAnsi="Calibri" w:cs="Times New Roman"/>
                <w:b/>
                <w:bCs/>
                <w:color w:val="000000"/>
                <w:sz w:val="20"/>
                <w:lang w:val="es-CL" w:eastAsia="es-CL"/>
              </w:rPr>
              <w:t>FECHA:_</w:t>
            </w:r>
            <w:proofErr w:type="gramEnd"/>
            <w:r w:rsidRPr="008E4FD9">
              <w:rPr>
                <w:rFonts w:ascii="Calibri" w:eastAsia="Times New Roman" w:hAnsi="Calibri" w:cs="Times New Roman"/>
                <w:b/>
                <w:bCs/>
                <w:color w:val="000000"/>
                <w:sz w:val="20"/>
                <w:lang w:val="es-CL" w:eastAsia="es-CL"/>
              </w:rPr>
              <w:t>___/____/___</w:t>
            </w:r>
          </w:p>
          <w:p w14:paraId="7375BC6F" w14:textId="77777777" w:rsidR="00DD6E8C" w:rsidRDefault="00DD6E8C" w:rsidP="004E572C">
            <w:pPr>
              <w:spacing w:after="0"/>
              <w:rPr>
                <w:rFonts w:ascii="Calibri" w:eastAsia="Times New Roman" w:hAnsi="Calibri" w:cs="Times New Roman"/>
                <w:b/>
                <w:bCs/>
                <w:color w:val="000000"/>
                <w:sz w:val="20"/>
                <w:lang w:val="es-CL" w:eastAsia="es-CL"/>
              </w:rPr>
            </w:pPr>
          </w:p>
          <w:p w14:paraId="2E39B050" w14:textId="77777777" w:rsidR="00627CE3" w:rsidRDefault="00627CE3" w:rsidP="004E572C">
            <w:pPr>
              <w:spacing w:after="0"/>
              <w:rPr>
                <w:rFonts w:ascii="Calibri" w:eastAsia="Times New Roman" w:hAnsi="Calibri" w:cs="Times New Roman"/>
                <w:b/>
                <w:bCs/>
                <w:color w:val="000000"/>
                <w:sz w:val="20"/>
                <w:lang w:val="es-CL" w:eastAsia="es-CL"/>
              </w:rPr>
            </w:pPr>
          </w:p>
          <w:p w14:paraId="551A7EC1" w14:textId="77777777" w:rsidR="00627CE3" w:rsidRDefault="00627CE3" w:rsidP="004E572C">
            <w:pPr>
              <w:spacing w:after="0"/>
              <w:rPr>
                <w:rFonts w:ascii="Calibri" w:eastAsia="Times New Roman" w:hAnsi="Calibri" w:cs="Times New Roman"/>
                <w:b/>
                <w:bCs/>
                <w:color w:val="000000"/>
                <w:sz w:val="20"/>
                <w:lang w:val="es-CL" w:eastAsia="es-CL"/>
              </w:rPr>
            </w:pPr>
          </w:p>
          <w:p w14:paraId="0F2FA429" w14:textId="77777777" w:rsidR="00627CE3" w:rsidRDefault="00627CE3" w:rsidP="004E572C">
            <w:pPr>
              <w:spacing w:after="0"/>
              <w:rPr>
                <w:rFonts w:ascii="Calibri" w:eastAsia="Times New Roman" w:hAnsi="Calibri" w:cs="Times New Roman"/>
                <w:b/>
                <w:bCs/>
                <w:color w:val="000000"/>
                <w:sz w:val="20"/>
                <w:lang w:val="es-CL" w:eastAsia="es-CL"/>
              </w:rPr>
            </w:pPr>
          </w:p>
          <w:p w14:paraId="436BF5F4" w14:textId="77777777" w:rsidR="00627CE3" w:rsidRDefault="00627CE3" w:rsidP="004E572C">
            <w:pPr>
              <w:spacing w:after="0"/>
              <w:rPr>
                <w:rFonts w:ascii="Calibri" w:eastAsia="Times New Roman" w:hAnsi="Calibri" w:cs="Times New Roman"/>
                <w:b/>
                <w:bCs/>
                <w:color w:val="000000"/>
                <w:sz w:val="20"/>
                <w:lang w:val="es-CL" w:eastAsia="es-CL"/>
              </w:rPr>
            </w:pPr>
          </w:p>
          <w:p w14:paraId="62CB7B76" w14:textId="77777777" w:rsidR="009002B7" w:rsidRDefault="009002B7" w:rsidP="004E572C">
            <w:pPr>
              <w:spacing w:after="0"/>
              <w:rPr>
                <w:rFonts w:ascii="Calibri" w:eastAsia="Times New Roman" w:hAnsi="Calibri" w:cs="Times New Roman"/>
                <w:b/>
                <w:bCs/>
                <w:color w:val="000000"/>
                <w:sz w:val="20"/>
                <w:lang w:val="es-CL" w:eastAsia="es-CL"/>
              </w:rPr>
            </w:pPr>
          </w:p>
          <w:p w14:paraId="5B6A86EE" w14:textId="77777777" w:rsidR="00627CE3" w:rsidRPr="009B204D" w:rsidRDefault="00627CE3" w:rsidP="004E572C">
            <w:pPr>
              <w:spacing w:after="0"/>
              <w:rPr>
                <w:rFonts w:ascii="Calibri" w:eastAsia="Times New Roman" w:hAnsi="Calibri" w:cs="Times New Roman"/>
                <w:b/>
                <w:bCs/>
                <w:color w:val="000000"/>
                <w:sz w:val="12"/>
                <w:szCs w:val="14"/>
                <w:lang w:val="es-CL" w:eastAsia="es-CL"/>
              </w:rPr>
            </w:pPr>
            <w:r w:rsidRPr="009B204D">
              <w:rPr>
                <w:rFonts w:ascii="Calibri" w:eastAsia="Times New Roman" w:hAnsi="Calibri" w:cs="Times New Roman"/>
                <w:b/>
                <w:bCs/>
                <w:color w:val="000000"/>
                <w:sz w:val="12"/>
                <w:szCs w:val="14"/>
                <w:lang w:val="es-CL" w:eastAsia="es-CL"/>
              </w:rPr>
              <w:t>C.C.</w:t>
            </w:r>
          </w:p>
          <w:p w14:paraId="1BEB58D7" w14:textId="6BD44B2C" w:rsidR="00627CE3" w:rsidRPr="009B204D" w:rsidRDefault="00627CE3" w:rsidP="004E572C">
            <w:pPr>
              <w:spacing w:after="0"/>
              <w:rPr>
                <w:rFonts w:ascii="Calibri" w:eastAsia="Times New Roman" w:hAnsi="Calibri" w:cs="Times New Roman"/>
                <w:b/>
                <w:bCs/>
                <w:color w:val="000000"/>
                <w:sz w:val="12"/>
                <w:szCs w:val="14"/>
                <w:lang w:val="es-CL" w:eastAsia="es-CL"/>
              </w:rPr>
            </w:pPr>
            <w:r w:rsidRPr="009B204D">
              <w:rPr>
                <w:rFonts w:ascii="Calibri" w:eastAsia="Times New Roman" w:hAnsi="Calibri" w:cs="Times New Roman"/>
                <w:b/>
                <w:bCs/>
                <w:color w:val="000000"/>
                <w:sz w:val="12"/>
                <w:szCs w:val="14"/>
                <w:lang w:val="es-CL" w:eastAsia="es-CL"/>
              </w:rPr>
              <w:t>- Planificación y control Personas</w:t>
            </w:r>
            <w:r w:rsidR="009E2033" w:rsidRPr="009B204D">
              <w:rPr>
                <w:rFonts w:ascii="Calibri" w:eastAsia="Times New Roman" w:hAnsi="Calibri" w:cs="Times New Roman"/>
                <w:b/>
                <w:bCs/>
                <w:color w:val="000000"/>
                <w:sz w:val="12"/>
                <w:szCs w:val="14"/>
                <w:lang w:val="es-CL" w:eastAsia="es-CL"/>
              </w:rPr>
              <w:t xml:space="preserve"> </w:t>
            </w:r>
            <w:r w:rsidR="009E2033" w:rsidRPr="009B204D">
              <w:rPr>
                <w:rFonts w:ascii="Calibri" w:eastAsia="Times New Roman" w:hAnsi="Calibri" w:cs="Times New Roman"/>
                <w:color w:val="000000"/>
                <w:sz w:val="12"/>
                <w:szCs w:val="14"/>
                <w:lang w:val="es-CL" w:eastAsia="es-CL"/>
              </w:rPr>
              <w:t>(Desvinculación de registros de alimentación y huella biométrica)</w:t>
            </w:r>
          </w:p>
          <w:p w14:paraId="636E56B7" w14:textId="77777777" w:rsidR="00627CE3" w:rsidRPr="009B204D" w:rsidRDefault="00627CE3" w:rsidP="004E572C">
            <w:pPr>
              <w:spacing w:after="0"/>
              <w:rPr>
                <w:rFonts w:ascii="Calibri" w:eastAsia="Times New Roman" w:hAnsi="Calibri" w:cs="Times New Roman"/>
                <w:b/>
                <w:bCs/>
                <w:color w:val="000000"/>
                <w:sz w:val="12"/>
                <w:szCs w:val="14"/>
                <w:lang w:val="es-CL" w:eastAsia="es-CL"/>
              </w:rPr>
            </w:pPr>
            <w:r w:rsidRPr="009B204D">
              <w:rPr>
                <w:rFonts w:ascii="Calibri" w:eastAsia="Times New Roman" w:hAnsi="Calibri" w:cs="Times New Roman"/>
                <w:b/>
                <w:bCs/>
                <w:color w:val="000000"/>
                <w:sz w:val="12"/>
                <w:szCs w:val="14"/>
                <w:lang w:val="es-CL" w:eastAsia="es-CL"/>
              </w:rPr>
              <w:t>- Reclutamiento y Selección</w:t>
            </w:r>
          </w:p>
          <w:p w14:paraId="2694A93B" w14:textId="5FE7C98D" w:rsidR="00954CCD" w:rsidRPr="004E572C" w:rsidRDefault="00954CCD" w:rsidP="004E572C">
            <w:pPr>
              <w:spacing w:after="0"/>
              <w:rPr>
                <w:rFonts w:ascii="Calibri" w:eastAsia="Times New Roman" w:hAnsi="Calibri" w:cs="Times New Roman"/>
                <w:b/>
                <w:bCs/>
                <w:color w:val="000000"/>
                <w:sz w:val="20"/>
                <w:lang w:val="es-CL" w:eastAsia="es-CL"/>
              </w:rPr>
            </w:pPr>
            <w:r w:rsidRPr="009B204D">
              <w:rPr>
                <w:rFonts w:ascii="Calibri" w:eastAsia="Times New Roman" w:hAnsi="Calibri" w:cs="Times New Roman"/>
                <w:color w:val="000000"/>
                <w:sz w:val="12"/>
                <w:szCs w:val="14"/>
                <w:lang w:val="es-CL" w:eastAsia="es-CL"/>
              </w:rPr>
              <w:t>(Gestionar convocatorias de reclutamiento, si aplica)</w:t>
            </w:r>
          </w:p>
        </w:tc>
      </w:tr>
      <w:tr w:rsidR="00A23231" w:rsidRPr="00FC229C" w14:paraId="4CC0A95F" w14:textId="77777777" w:rsidTr="00383DF4">
        <w:trPr>
          <w:gridAfter w:val="2"/>
          <w:wAfter w:w="793" w:type="dxa"/>
          <w:trHeight w:val="154"/>
        </w:trPr>
        <w:tc>
          <w:tcPr>
            <w:tcW w:w="2643" w:type="dxa"/>
            <w:gridSpan w:val="2"/>
            <w:vMerge/>
            <w:shd w:val="clear" w:color="auto" w:fill="auto"/>
          </w:tcPr>
          <w:p w14:paraId="498ED1B3"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c>
          <w:tcPr>
            <w:tcW w:w="2777" w:type="dxa"/>
            <w:gridSpan w:val="2"/>
            <w:vMerge/>
            <w:shd w:val="clear" w:color="auto" w:fill="auto"/>
          </w:tcPr>
          <w:p w14:paraId="070FA8C8"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c>
          <w:tcPr>
            <w:tcW w:w="1322" w:type="dxa"/>
            <w:tcBorders>
              <w:top w:val="single" w:sz="4" w:space="0" w:color="FFFFFF"/>
              <w:bottom w:val="single" w:sz="4" w:space="0" w:color="FFFFFF"/>
              <w:right w:val="single" w:sz="6" w:space="0" w:color="FFFFFF"/>
            </w:tcBorders>
            <w:shd w:val="clear" w:color="auto" w:fill="auto"/>
            <w:vAlign w:val="center"/>
          </w:tcPr>
          <w:p w14:paraId="7ECAB195" w14:textId="77777777" w:rsidR="00A23231" w:rsidRPr="00FC229C" w:rsidRDefault="00A23231" w:rsidP="00C75E6B">
            <w:pPr>
              <w:pStyle w:val="NormalWeb"/>
              <w:spacing w:before="0" w:after="0" w:line="220" w:lineRule="exact"/>
              <w:rPr>
                <w:rFonts w:ascii="Calibri" w:hAnsi="Calibri"/>
                <w:b/>
                <w:bCs/>
                <w:color w:val="000000"/>
                <w:sz w:val="20"/>
                <w:szCs w:val="22"/>
              </w:rPr>
            </w:pPr>
          </w:p>
        </w:tc>
        <w:tc>
          <w:tcPr>
            <w:tcW w:w="1190" w:type="dxa"/>
            <w:tcBorders>
              <w:top w:val="single" w:sz="6" w:space="0" w:color="FFFFFF"/>
              <w:left w:val="single" w:sz="6" w:space="0" w:color="FFFFFF"/>
              <w:bottom w:val="single" w:sz="4" w:space="0" w:color="FFFFFF"/>
            </w:tcBorders>
            <w:shd w:val="clear" w:color="auto" w:fill="auto"/>
            <w:vAlign w:val="center"/>
          </w:tcPr>
          <w:p w14:paraId="410B926C" w14:textId="77777777" w:rsidR="00A23231" w:rsidRPr="00FC229C" w:rsidRDefault="00A23231" w:rsidP="00C75E6B">
            <w:pPr>
              <w:pStyle w:val="NormalWeb"/>
              <w:spacing w:before="0" w:after="0" w:line="220" w:lineRule="exact"/>
              <w:rPr>
                <w:rFonts w:ascii="Calibri" w:hAnsi="Calibri"/>
                <w:b/>
                <w:bCs/>
                <w:color w:val="000000"/>
                <w:sz w:val="20"/>
                <w:szCs w:val="22"/>
              </w:rPr>
            </w:pPr>
          </w:p>
        </w:tc>
        <w:tc>
          <w:tcPr>
            <w:tcW w:w="2512" w:type="dxa"/>
            <w:gridSpan w:val="2"/>
            <w:vMerge/>
            <w:shd w:val="clear" w:color="auto" w:fill="auto"/>
          </w:tcPr>
          <w:p w14:paraId="73FD0549"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r>
      <w:tr w:rsidR="00A23231" w:rsidRPr="00FC229C" w14:paraId="423FE76B" w14:textId="77777777" w:rsidTr="00383DF4">
        <w:trPr>
          <w:gridAfter w:val="2"/>
          <w:wAfter w:w="793" w:type="dxa"/>
          <w:trHeight w:val="70"/>
        </w:trPr>
        <w:tc>
          <w:tcPr>
            <w:tcW w:w="2643" w:type="dxa"/>
            <w:gridSpan w:val="2"/>
            <w:vMerge/>
            <w:shd w:val="clear" w:color="auto" w:fill="auto"/>
          </w:tcPr>
          <w:p w14:paraId="162E7210"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c>
          <w:tcPr>
            <w:tcW w:w="2777" w:type="dxa"/>
            <w:gridSpan w:val="2"/>
            <w:vMerge/>
            <w:shd w:val="clear" w:color="auto" w:fill="auto"/>
          </w:tcPr>
          <w:p w14:paraId="0EDA8D68"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c>
          <w:tcPr>
            <w:tcW w:w="2512" w:type="dxa"/>
            <w:gridSpan w:val="2"/>
            <w:tcBorders>
              <w:top w:val="nil"/>
            </w:tcBorders>
            <w:shd w:val="clear" w:color="auto" w:fill="auto"/>
          </w:tcPr>
          <w:p w14:paraId="716F8E18" w14:textId="77777777" w:rsidR="00A23231" w:rsidRPr="004F3B3A" w:rsidRDefault="00A23231" w:rsidP="00816151">
            <w:pPr>
              <w:pStyle w:val="NormalWeb"/>
              <w:spacing w:before="240" w:beforeAutospacing="0" w:after="0" w:line="220" w:lineRule="exact"/>
              <w:rPr>
                <w:rFonts w:ascii="Calibri" w:hAnsi="Calibri"/>
                <w:bCs/>
                <w:color w:val="000000"/>
                <w:sz w:val="20"/>
                <w:szCs w:val="22"/>
              </w:rPr>
            </w:pPr>
          </w:p>
        </w:tc>
        <w:tc>
          <w:tcPr>
            <w:tcW w:w="2512" w:type="dxa"/>
            <w:gridSpan w:val="2"/>
            <w:vMerge/>
            <w:shd w:val="clear" w:color="auto" w:fill="auto"/>
          </w:tcPr>
          <w:p w14:paraId="5FAB1B37" w14:textId="77777777" w:rsidR="00A23231" w:rsidRPr="00FC229C" w:rsidRDefault="00A23231" w:rsidP="00C75E6B">
            <w:pPr>
              <w:pStyle w:val="NormalWeb"/>
              <w:spacing w:before="0" w:beforeAutospacing="0" w:after="0" w:afterAutospacing="0" w:line="220" w:lineRule="exact"/>
              <w:jc w:val="center"/>
              <w:rPr>
                <w:rFonts w:ascii="Calibri" w:hAnsi="Calibri"/>
                <w:b/>
                <w:bCs/>
                <w:color w:val="000000"/>
                <w:sz w:val="20"/>
                <w:szCs w:val="22"/>
              </w:rPr>
            </w:pPr>
          </w:p>
        </w:tc>
      </w:tr>
      <w:tr w:rsidR="00A23231" w:rsidRPr="00FC229C" w14:paraId="64E65204" w14:textId="77777777" w:rsidTr="00383DF4">
        <w:trPr>
          <w:trHeight w:val="264"/>
        </w:trPr>
        <w:tc>
          <w:tcPr>
            <w:tcW w:w="7932" w:type="dxa"/>
            <w:gridSpan w:val="6"/>
            <w:tcBorders>
              <w:left w:val="single" w:sz="4" w:space="0" w:color="FFFFFF"/>
              <w:bottom w:val="single" w:sz="4" w:space="0" w:color="FFFFFF"/>
              <w:right w:val="single" w:sz="4" w:space="0" w:color="FFFFFF"/>
            </w:tcBorders>
            <w:shd w:val="clear" w:color="auto" w:fill="auto"/>
          </w:tcPr>
          <w:p w14:paraId="3F394F53" w14:textId="77777777" w:rsidR="00816151" w:rsidRPr="00FC229C" w:rsidRDefault="00816151" w:rsidP="00C75E6B">
            <w:pPr>
              <w:pStyle w:val="NormalWeb"/>
              <w:rPr>
                <w:rFonts w:ascii="Calibri" w:hAnsi="Calibri"/>
                <w:bCs/>
                <w:color w:val="000000"/>
                <w:sz w:val="14"/>
                <w:szCs w:val="22"/>
              </w:rPr>
            </w:pPr>
          </w:p>
        </w:tc>
        <w:tc>
          <w:tcPr>
            <w:tcW w:w="2512" w:type="dxa"/>
            <w:gridSpan w:val="2"/>
            <w:tcBorders>
              <w:left w:val="single" w:sz="4" w:space="0" w:color="FFFFFF"/>
              <w:bottom w:val="single" w:sz="4" w:space="0" w:color="FFFFFF"/>
              <w:right w:val="single" w:sz="4" w:space="0" w:color="FFFFFF"/>
            </w:tcBorders>
            <w:shd w:val="clear" w:color="auto" w:fill="auto"/>
          </w:tcPr>
          <w:p w14:paraId="14A4F919" w14:textId="77777777" w:rsidR="00A23231" w:rsidRPr="00FC229C" w:rsidRDefault="00A23231" w:rsidP="00C75E6B">
            <w:pPr>
              <w:pStyle w:val="NormalWeb"/>
              <w:spacing w:before="0" w:after="0"/>
              <w:jc w:val="center"/>
              <w:rPr>
                <w:rFonts w:ascii="Calibri" w:hAnsi="Calibri"/>
                <w:bCs/>
                <w:color w:val="000000"/>
                <w:sz w:val="14"/>
                <w:szCs w:val="22"/>
              </w:rPr>
            </w:pPr>
          </w:p>
        </w:tc>
        <w:tc>
          <w:tcPr>
            <w:tcW w:w="396" w:type="dxa"/>
            <w:tcBorders>
              <w:top w:val="single" w:sz="4" w:space="0" w:color="FFFFFF"/>
              <w:left w:val="single" w:sz="4" w:space="0" w:color="FFFFFF"/>
              <w:bottom w:val="single" w:sz="4" w:space="0" w:color="FFFFFF"/>
              <w:right w:val="single" w:sz="4" w:space="0" w:color="FFFFFF"/>
            </w:tcBorders>
            <w:shd w:val="clear" w:color="auto" w:fill="auto"/>
          </w:tcPr>
          <w:p w14:paraId="17F4F4AC" w14:textId="77777777" w:rsidR="00A23231" w:rsidRPr="00FC229C" w:rsidRDefault="00A23231" w:rsidP="00C75E6B">
            <w:pPr>
              <w:spacing w:after="0" w:line="240" w:lineRule="auto"/>
              <w:rPr>
                <w:rFonts w:ascii="Times New Roman" w:eastAsia="Times New Roman" w:hAnsi="Times New Roman"/>
                <w:sz w:val="24"/>
                <w:szCs w:val="24"/>
                <w:lang w:eastAsia="es-CL"/>
              </w:rPr>
            </w:pPr>
          </w:p>
        </w:tc>
        <w:tc>
          <w:tcPr>
            <w:tcW w:w="397" w:type="dxa"/>
            <w:tcBorders>
              <w:top w:val="single" w:sz="4" w:space="0" w:color="FFFFFF"/>
              <w:left w:val="single" w:sz="4" w:space="0" w:color="FFFFFF"/>
              <w:bottom w:val="single" w:sz="4" w:space="0" w:color="FFFFFF"/>
              <w:right w:val="single" w:sz="4" w:space="0" w:color="FFFFFF"/>
            </w:tcBorders>
            <w:shd w:val="clear" w:color="auto" w:fill="auto"/>
          </w:tcPr>
          <w:p w14:paraId="2B5B33FE" w14:textId="77777777" w:rsidR="00A23231" w:rsidRPr="00FC229C" w:rsidRDefault="00A23231" w:rsidP="00C75E6B">
            <w:pPr>
              <w:pStyle w:val="NormalWeb"/>
              <w:spacing w:before="0" w:after="0"/>
              <w:rPr>
                <w:rFonts w:ascii="Calibri" w:hAnsi="Calibri"/>
                <w:bCs/>
                <w:color w:val="000000"/>
                <w:sz w:val="18"/>
                <w:szCs w:val="22"/>
              </w:rPr>
            </w:pPr>
          </w:p>
        </w:tc>
      </w:tr>
      <w:tr w:rsidR="00A23231" w:rsidRPr="00FC229C" w14:paraId="153D152C" w14:textId="77777777" w:rsidTr="00383DF4">
        <w:trPr>
          <w:gridBefore w:val="1"/>
          <w:gridAfter w:val="3"/>
          <w:wBefore w:w="956" w:type="dxa"/>
          <w:wAfter w:w="1905" w:type="dxa"/>
          <w:trHeight w:val="134"/>
        </w:trPr>
        <w:tc>
          <w:tcPr>
            <w:tcW w:w="2613" w:type="dxa"/>
            <w:gridSpan w:val="2"/>
            <w:tcBorders>
              <w:top w:val="single" w:sz="4" w:space="0" w:color="FFFFFF"/>
              <w:left w:val="single" w:sz="4" w:space="0" w:color="FFFFFF"/>
              <w:bottom w:val="single" w:sz="4" w:space="0" w:color="FFFFFF"/>
              <w:right w:val="single" w:sz="4" w:space="0" w:color="FFFFFF"/>
            </w:tcBorders>
            <w:shd w:val="clear" w:color="auto" w:fill="auto"/>
          </w:tcPr>
          <w:p w14:paraId="72E54CE0" w14:textId="77777777" w:rsidR="00A23231" w:rsidRPr="00FC229C" w:rsidRDefault="00A23231" w:rsidP="00C75E6B">
            <w:pPr>
              <w:spacing w:after="0" w:line="240" w:lineRule="auto"/>
            </w:pPr>
          </w:p>
        </w:tc>
        <w:tc>
          <w:tcPr>
            <w:tcW w:w="5763" w:type="dxa"/>
            <w:gridSpan w:val="4"/>
            <w:tcBorders>
              <w:top w:val="single" w:sz="4" w:space="0" w:color="FFFFFF"/>
              <w:left w:val="single" w:sz="4" w:space="0" w:color="FFFFFF"/>
              <w:bottom w:val="single" w:sz="4" w:space="0" w:color="000000"/>
              <w:right w:val="single" w:sz="4" w:space="0" w:color="FFFFFF"/>
            </w:tcBorders>
            <w:shd w:val="clear" w:color="auto" w:fill="auto"/>
          </w:tcPr>
          <w:p w14:paraId="60D73D88" w14:textId="77777777" w:rsidR="00A23231" w:rsidRDefault="00A23231" w:rsidP="00C75E6B">
            <w:pPr>
              <w:spacing w:after="0" w:line="240" w:lineRule="auto"/>
            </w:pPr>
          </w:p>
          <w:p w14:paraId="40086B26" w14:textId="77777777" w:rsidR="004E05CB" w:rsidRDefault="004E05CB" w:rsidP="00C75E6B">
            <w:pPr>
              <w:spacing w:after="0" w:line="240" w:lineRule="auto"/>
            </w:pPr>
          </w:p>
          <w:p w14:paraId="61C31D04" w14:textId="77777777" w:rsidR="00DC2A88" w:rsidRPr="00FC229C" w:rsidRDefault="00DC2A88" w:rsidP="00C75E6B">
            <w:pPr>
              <w:spacing w:after="0" w:line="240" w:lineRule="auto"/>
            </w:pPr>
          </w:p>
        </w:tc>
      </w:tr>
    </w:tbl>
    <w:p w14:paraId="6361EFFB" w14:textId="1246E465" w:rsidR="00A23231" w:rsidRDefault="00A23231" w:rsidP="00A23231">
      <w:pPr>
        <w:spacing w:after="0"/>
        <w:ind w:firstLine="708"/>
        <w:rPr>
          <w:b/>
          <w:bCs/>
          <w:color w:val="000000"/>
          <w:sz w:val="20"/>
        </w:rPr>
      </w:pPr>
      <w:r>
        <w:rPr>
          <w:b/>
          <w:bCs/>
          <w:color w:val="000000"/>
          <w:sz w:val="20"/>
        </w:rPr>
        <w:t xml:space="preserve">                      </w:t>
      </w:r>
      <w:r w:rsidR="009002B7">
        <w:rPr>
          <w:b/>
          <w:bCs/>
          <w:color w:val="000000"/>
          <w:sz w:val="20"/>
        </w:rPr>
        <w:t xml:space="preserve">                        </w:t>
      </w:r>
      <w:r>
        <w:rPr>
          <w:b/>
          <w:bCs/>
          <w:color w:val="000000"/>
          <w:sz w:val="20"/>
        </w:rPr>
        <w:t xml:space="preserve">    </w:t>
      </w:r>
      <w:r w:rsidR="004E05CB">
        <w:rPr>
          <w:b/>
          <w:bCs/>
          <w:color w:val="000000"/>
          <w:sz w:val="20"/>
        </w:rPr>
        <w:t xml:space="preserve"> </w:t>
      </w:r>
      <w:r w:rsidRPr="00FC229C">
        <w:rPr>
          <w:b/>
          <w:bCs/>
          <w:color w:val="000000"/>
          <w:sz w:val="20"/>
        </w:rPr>
        <w:t>V°B° DIREC</w:t>
      </w:r>
      <w:r>
        <w:rPr>
          <w:b/>
          <w:bCs/>
          <w:color w:val="000000"/>
          <w:sz w:val="20"/>
        </w:rPr>
        <w:t>TOR HOSPITAL DR. ERNESTO TORRES GALDAMES DE IQUIQUE</w:t>
      </w:r>
    </w:p>
    <w:p w14:paraId="3F405676" w14:textId="51069B52" w:rsidR="00A23231" w:rsidRDefault="00A23231" w:rsidP="00A23231">
      <w:pPr>
        <w:spacing w:after="0" w:line="240" w:lineRule="auto"/>
        <w:ind w:left="3255"/>
        <w:rPr>
          <w:b/>
          <w:sz w:val="20"/>
        </w:rPr>
      </w:pPr>
      <w:r>
        <w:rPr>
          <w:b/>
          <w:sz w:val="20"/>
        </w:rPr>
        <w:t xml:space="preserve">                                  </w:t>
      </w:r>
      <w:proofErr w:type="gramStart"/>
      <w:r w:rsidRPr="002D0DD9">
        <w:rPr>
          <w:b/>
          <w:sz w:val="20"/>
        </w:rPr>
        <w:t>FECHA:_</w:t>
      </w:r>
      <w:proofErr w:type="gramEnd"/>
      <w:r w:rsidRPr="002D0DD9">
        <w:rPr>
          <w:b/>
          <w:sz w:val="20"/>
        </w:rPr>
        <w:t>___/____/_</w:t>
      </w:r>
      <w:r w:rsidR="00133471">
        <w:rPr>
          <w:b/>
          <w:sz w:val="20"/>
        </w:rPr>
        <w:t>_</w:t>
      </w:r>
      <w:r w:rsidRPr="002D0DD9">
        <w:rPr>
          <w:b/>
          <w:sz w:val="20"/>
        </w:rPr>
        <w:t>__</w:t>
      </w:r>
    </w:p>
    <w:p w14:paraId="295EF2B2" w14:textId="7E216EA7" w:rsidR="00383DF4" w:rsidRDefault="006E778F" w:rsidP="00383DF4">
      <w:pPr>
        <w:rPr>
          <w:b/>
          <w:sz w:val="20"/>
        </w:rPr>
      </w:pPr>
      <w:r>
        <w:rPr>
          <w:b/>
          <w:noProof/>
          <w:sz w:val="20"/>
        </w:rPr>
        <mc:AlternateContent>
          <mc:Choice Requires="wps">
            <w:drawing>
              <wp:anchor distT="0" distB="0" distL="114300" distR="114300" simplePos="0" relativeHeight="251657728" behindDoc="0" locked="0" layoutInCell="1" allowOverlap="1" wp14:anchorId="5A71F095" wp14:editId="33020A06">
                <wp:simplePos x="0" y="0"/>
                <wp:positionH relativeFrom="column">
                  <wp:posOffset>504825</wp:posOffset>
                </wp:positionH>
                <wp:positionV relativeFrom="paragraph">
                  <wp:posOffset>127000</wp:posOffset>
                </wp:positionV>
                <wp:extent cx="5819775" cy="752475"/>
                <wp:effectExtent l="57150" t="19050" r="85725" b="104775"/>
                <wp:wrapNone/>
                <wp:docPr id="495635239" name="Rectángulo: esquinas redondeadas 1"/>
                <wp:cNvGraphicFramePr/>
                <a:graphic xmlns:a="http://schemas.openxmlformats.org/drawingml/2006/main">
                  <a:graphicData uri="http://schemas.microsoft.com/office/word/2010/wordprocessingShape">
                    <wps:wsp>
                      <wps:cNvSpPr/>
                      <wps:spPr>
                        <a:xfrm>
                          <a:off x="0" y="0"/>
                          <a:ext cx="5819775" cy="752475"/>
                        </a:xfrm>
                        <a:prstGeom prst="round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DC92B7" id="Rectángulo: esquinas redondeadas 1" o:spid="_x0000_s1026" style="position:absolute;margin-left:39.75pt;margin-top:10pt;width:458.25pt;height:5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" filled="f" strokecolor="black [3213]">
                <v:shadow on="t" color="black" opacity="22937f" origin=",.5" offset="0,.63889mm"/>
              </v:roundrect>
            </w:pict>
          </mc:Fallback>
        </mc:AlternateContent>
      </w:r>
      <w:r>
        <w:rPr>
          <w:noProof/>
          <w:sz w:val="20"/>
        </w:rPr>
        <mc:AlternateContent>
          <mc:Choice Requires="wps">
            <w:drawing>
              <wp:anchor distT="0" distB="0" distL="114300" distR="114300" simplePos="0" relativeHeight="251667968" behindDoc="0" locked="0" layoutInCell="1" allowOverlap="1" wp14:anchorId="795E7215" wp14:editId="6388B0F9">
                <wp:simplePos x="0" y="0"/>
                <wp:positionH relativeFrom="column">
                  <wp:posOffset>676275</wp:posOffset>
                </wp:positionH>
                <wp:positionV relativeFrom="paragraph">
                  <wp:posOffset>146049</wp:posOffset>
                </wp:positionV>
                <wp:extent cx="5495925" cy="695325"/>
                <wp:effectExtent l="0" t="0" r="9525" b="9525"/>
                <wp:wrapNone/>
                <wp:docPr id="500711935" name="Cuadro de texto 2"/>
                <wp:cNvGraphicFramePr/>
                <a:graphic xmlns:a="http://schemas.openxmlformats.org/drawingml/2006/main">
                  <a:graphicData uri="http://schemas.microsoft.com/office/word/2010/wordprocessingShape">
                    <wps:wsp>
                      <wps:cNvSpPr txBox="1"/>
                      <wps:spPr>
                        <a:xfrm>
                          <a:off x="0" y="0"/>
                          <a:ext cx="5495925" cy="695325"/>
                        </a:xfrm>
                        <a:prstGeom prst="rect">
                          <a:avLst/>
                        </a:prstGeom>
                        <a:solidFill>
                          <a:schemeClr val="lt1"/>
                        </a:solidFill>
                        <a:ln w="6350">
                          <a:noFill/>
                        </a:ln>
                      </wps:spPr>
                      <wps:txbx>
                        <w:txbxContent>
                          <w:p w14:paraId="214BF831" w14:textId="050B17DD" w:rsidR="00262F8D" w:rsidRDefault="00262F8D" w:rsidP="00262F8D">
                            <w:pPr>
                              <w:jc w:val="both"/>
                            </w:pPr>
                            <w:r w:rsidRPr="002152BF">
                              <w:rPr>
                                <w:b/>
                                <w:bCs/>
                                <w:sz w:val="18"/>
                                <w:szCs w:val="18"/>
                                <w:lang w:val="es-CL"/>
                              </w:rPr>
                              <w:t>Recuerde que las renuncias de los profesionales funcionarios deben ser separadas por horarios de 11, 22, 28, 33, 44 horas y deben ser entregadas con 30 días de anticipación. La jefatura tiene la responsabilidad de informar a la unidad de personal por email o teléfono para evitar afectar el proceso de remuneración.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E7215" id="_x0000_t202" coordsize="21600,21600" o:spt="202" path="m,l,21600r21600,l21600,xe">
                <v:stroke joinstyle="miter"/>
                <v:path gradientshapeok="t" o:connecttype="rect"/>
              </v:shapetype>
              <v:shape id="Cuadro de texto 2" o:spid="_x0000_s1026" type="#_x0000_t202" style="position:absolute;margin-left:53.25pt;margin-top:11.5pt;width:432.75pt;height:54.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" fillcolor="white [3201]" stroked="f" strokeweight=".5pt">
                <v:textbox>
                  <w:txbxContent>
                    <w:p w14:paraId="214BF831" w14:textId="050B17DD" w:rsidR="00262F8D" w:rsidRDefault="00262F8D" w:rsidP="00262F8D">
                      <w:pPr>
                        <w:jc w:val="both"/>
                      </w:pPr>
                      <w:r w:rsidRPr="002152BF">
                        <w:rPr>
                          <w:b/>
                          <w:bCs/>
                          <w:sz w:val="18"/>
                          <w:szCs w:val="18"/>
                          <w:lang w:val="es-CL"/>
                        </w:rPr>
                        <w:t>Recuerde que las renuncias de los profesionales funcionarios deben ser separadas por horarios de 11, 22, 28, 33, 44 horas y deben ser entregadas con 30 días de anticipación. La jefatura tiene la responsabilidad de informar a la unidad de personal por email o teléfono para evitar afectar el proceso de remuneración.</w:t>
                      </w:r>
                    </w:p>
                  </w:txbxContent>
                </v:textbox>
              </v:shape>
            </w:pict>
          </mc:Fallback>
        </mc:AlternateContent>
      </w:r>
    </w:p>
    <w:p w14:paraId="4CFD55CF" w14:textId="64CF4143" w:rsidR="00383DF4" w:rsidRPr="002152BF" w:rsidRDefault="00383DF4" w:rsidP="00383DF4">
      <w:pPr>
        <w:jc w:val="both"/>
        <w:rPr>
          <w:b/>
          <w:bCs/>
          <w:sz w:val="18"/>
          <w:szCs w:val="18"/>
          <w:lang w:val="es-CL"/>
        </w:rPr>
      </w:pPr>
      <w:r>
        <w:rPr>
          <w:sz w:val="20"/>
        </w:rPr>
        <w:tab/>
      </w:r>
    </w:p>
    <w:p w14:paraId="75E6D571" w14:textId="2DD1BD91" w:rsidR="00383DF4" w:rsidRPr="00383DF4" w:rsidRDefault="00383DF4" w:rsidP="00383DF4">
      <w:pPr>
        <w:tabs>
          <w:tab w:val="left" w:pos="2580"/>
        </w:tabs>
        <w:rPr>
          <w:sz w:val="20"/>
        </w:rPr>
      </w:pPr>
    </w:p>
    <w:sectPr w:rsidR="00383DF4" w:rsidRPr="00383DF4" w:rsidSect="00F82B6D">
      <w:headerReference w:type="default" r:id="rId8"/>
      <w:pgSz w:w="12240" w:h="20160" w:code="5"/>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D28D9" w14:textId="77777777" w:rsidR="00486242" w:rsidRDefault="00486242" w:rsidP="00E70B76">
      <w:pPr>
        <w:spacing w:after="0" w:line="240" w:lineRule="auto"/>
      </w:pPr>
      <w:r>
        <w:separator/>
      </w:r>
    </w:p>
  </w:endnote>
  <w:endnote w:type="continuationSeparator" w:id="0">
    <w:p w14:paraId="04710C5F" w14:textId="77777777" w:rsidR="00486242" w:rsidRDefault="00486242" w:rsidP="00E70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9385D" w14:textId="77777777" w:rsidR="00486242" w:rsidRDefault="00486242" w:rsidP="00E70B76">
      <w:pPr>
        <w:spacing w:after="0" w:line="240" w:lineRule="auto"/>
      </w:pPr>
      <w:r>
        <w:separator/>
      </w:r>
    </w:p>
  </w:footnote>
  <w:footnote w:type="continuationSeparator" w:id="0">
    <w:p w14:paraId="53A26FA6" w14:textId="77777777" w:rsidR="00486242" w:rsidRDefault="00486242" w:rsidP="00E70B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748B7" w14:textId="1DA425AC" w:rsidR="008C054B" w:rsidRDefault="00DC2A88">
    <w:pPr>
      <w:pStyle w:val="Encabezado"/>
    </w:pPr>
    <w:r>
      <w:rPr>
        <w:noProof/>
      </w:rPr>
      <w:drawing>
        <wp:anchor distT="0" distB="0" distL="114300" distR="114300" simplePos="0" relativeHeight="251657216" behindDoc="0" locked="0" layoutInCell="1" allowOverlap="1" wp14:anchorId="166108E5" wp14:editId="71216480">
          <wp:simplePos x="0" y="0"/>
          <wp:positionH relativeFrom="column">
            <wp:posOffset>5905500</wp:posOffset>
          </wp:positionH>
          <wp:positionV relativeFrom="paragraph">
            <wp:posOffset>95250</wp:posOffset>
          </wp:positionV>
          <wp:extent cx="1095375" cy="809625"/>
          <wp:effectExtent l="0" t="0" r="9525" b="9525"/>
          <wp:wrapTopAndBottom/>
          <wp:docPr id="1455710676" name="Picture 12"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12" name="Picture 12" descr="Logotipo&#10;&#10;Descripción generada automáticamente"/>
                  <pic:cNvPicPr/>
                </pic:nvPicPr>
                <pic:blipFill>
                  <a:blip r:embed="rId1"/>
                  <a:stretch>
                    <a:fillRect/>
                  </a:stretch>
                </pic:blipFill>
                <pic:spPr>
                  <a:xfrm>
                    <a:off x="0" y="0"/>
                    <a:ext cx="1095375" cy="809625"/>
                  </a:xfrm>
                  <a:prstGeom prst="rect">
                    <a:avLst/>
                  </a:prstGeom>
                </pic:spPr>
              </pic:pic>
            </a:graphicData>
          </a:graphic>
          <wp14:sizeRelH relativeFrom="margin">
            <wp14:pctWidth>0</wp14:pctWidth>
          </wp14:sizeRelH>
          <wp14:sizeRelV relativeFrom="margin">
            <wp14:pctHeight>0</wp14:pctHeight>
          </wp14:sizeRelV>
        </wp:anchor>
      </w:drawing>
    </w:r>
    <w:r w:rsidR="003672EC">
      <w:rPr>
        <w:noProof/>
      </w:rPr>
      <w:drawing>
        <wp:anchor distT="0" distB="0" distL="114300" distR="114300" simplePos="0" relativeHeight="251652096" behindDoc="1" locked="0" layoutInCell="1" allowOverlap="1" wp14:anchorId="1215CDDD" wp14:editId="39DAB1E3">
          <wp:simplePos x="0" y="0"/>
          <wp:positionH relativeFrom="column">
            <wp:posOffset>0</wp:posOffset>
          </wp:positionH>
          <wp:positionV relativeFrom="paragraph">
            <wp:posOffset>0</wp:posOffset>
          </wp:positionV>
          <wp:extent cx="838200" cy="838200"/>
          <wp:effectExtent l="0" t="0" r="0" b="0"/>
          <wp:wrapTopAndBottom/>
          <wp:docPr id="523530885" name="Imagen 10" descr="Seremi de Salud Tarapacá – Centro de estudios GERM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remi de Salud Tarapacá – Centro de estudios GERMI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D5DF92" w14:textId="77777777" w:rsidR="008C054B" w:rsidRDefault="008C054B">
    <w:pPr>
      <w:pStyle w:val="Encabezado"/>
    </w:pPr>
  </w:p>
  <w:p w14:paraId="41BAF499" w14:textId="24321569" w:rsidR="008C054B" w:rsidRDefault="008C054B">
    <w:pPr>
      <w:pStyle w:val="Encabezado"/>
    </w:pPr>
  </w:p>
  <w:p w14:paraId="73D068B3" w14:textId="77777777" w:rsidR="008C054B" w:rsidRDefault="008C054B">
    <w:pPr>
      <w:pStyle w:val="Encabezado"/>
    </w:pPr>
  </w:p>
  <w:p w14:paraId="413866FF" w14:textId="569308D3" w:rsidR="008C054B" w:rsidRDefault="008C054B">
    <w:pPr>
      <w:pStyle w:val="Encabezado"/>
    </w:pPr>
  </w:p>
  <w:p w14:paraId="57FBF2E8" w14:textId="2F2FBFDB" w:rsidR="002F34D9" w:rsidRDefault="002F34D9">
    <w:pPr>
      <w:pStyle w:val="Encabezado"/>
      <w:rPr>
        <w:b/>
        <w:bCs/>
        <w:sz w:val="16"/>
        <w:szCs w:val="16"/>
      </w:rPr>
    </w:pPr>
    <w:r>
      <w:rPr>
        <w:b/>
        <w:bCs/>
        <w:sz w:val="16"/>
        <w:szCs w:val="16"/>
      </w:rPr>
      <w:t>HOSPITAL DR. ERNESTO TORRES GALDAMES DE IQUIQUE</w:t>
    </w:r>
  </w:p>
  <w:p w14:paraId="7DD9A26E" w14:textId="4DC75543" w:rsidR="002F34D9" w:rsidRDefault="002F34D9">
    <w:pPr>
      <w:pStyle w:val="Encabezado"/>
      <w:rPr>
        <w:b/>
        <w:bCs/>
        <w:sz w:val="16"/>
        <w:szCs w:val="16"/>
      </w:rPr>
    </w:pPr>
    <w:r>
      <w:rPr>
        <w:b/>
        <w:bCs/>
        <w:sz w:val="16"/>
        <w:szCs w:val="16"/>
      </w:rPr>
      <w:t>SUBDIRECCIÓN DE GESTIÓN Y DESARROLLO DE LAS PERSONAS</w:t>
    </w:r>
  </w:p>
  <w:p w14:paraId="6740605F" w14:textId="1C725A1D" w:rsidR="005C79F2" w:rsidRPr="002F34D9" w:rsidRDefault="00794691">
    <w:pPr>
      <w:pStyle w:val="Encabezado"/>
      <w:rPr>
        <w:b/>
        <w:bCs/>
        <w:sz w:val="16"/>
        <w:szCs w:val="16"/>
      </w:rPr>
    </w:pPr>
    <w:r>
      <w:rPr>
        <w:b/>
        <w:bCs/>
        <w:noProof/>
        <w:sz w:val="16"/>
        <w:szCs w:val="16"/>
      </w:rPr>
      <w:drawing>
        <wp:anchor distT="0" distB="0" distL="114300" distR="114300" simplePos="0" relativeHeight="251662336" behindDoc="1" locked="0" layoutInCell="1" allowOverlap="1" wp14:anchorId="5D999904" wp14:editId="41A4C0EF">
          <wp:simplePos x="0" y="0"/>
          <wp:positionH relativeFrom="column">
            <wp:posOffset>904875</wp:posOffset>
          </wp:positionH>
          <wp:positionV relativeFrom="paragraph">
            <wp:posOffset>1941195</wp:posOffset>
          </wp:positionV>
          <wp:extent cx="3657600" cy="4133850"/>
          <wp:effectExtent l="0" t="0" r="0" b="0"/>
          <wp:wrapNone/>
          <wp:docPr id="2071184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
                    <a:alphaModFix amt="5000"/>
                    <a:extLst>
                      <a:ext uri="{28A0092B-C50C-407E-A947-70E740481C1C}">
                        <a14:useLocalDpi xmlns:a14="http://schemas.microsoft.com/office/drawing/2010/main" val="0"/>
                      </a:ext>
                    </a:extLst>
                  </a:blip>
                  <a:srcRect/>
                  <a:stretch>
                    <a:fillRect/>
                  </a:stretch>
                </pic:blipFill>
                <pic:spPr bwMode="auto">
                  <a:xfrm>
                    <a:off x="0" y="0"/>
                    <a:ext cx="3657600" cy="4133850"/>
                  </a:xfrm>
                  <a:prstGeom prst="rect">
                    <a:avLst/>
                  </a:prstGeom>
                  <a:noFill/>
                  <a:ln>
                    <a:noFill/>
                  </a:ln>
                </pic:spPr>
              </pic:pic>
            </a:graphicData>
          </a:graphic>
        </wp:anchor>
      </w:drawing>
    </w:r>
    <w:r w:rsidR="003F07D8">
      <w:rPr>
        <w:b/>
        <w:bCs/>
        <w:noProof/>
        <w:sz w:val="16"/>
        <w:szCs w:val="16"/>
      </w:rPr>
      <w:drawing>
        <wp:inline distT="0" distB="0" distL="0" distR="0" wp14:anchorId="38A80CEE" wp14:editId="4D93D1CC">
          <wp:extent cx="11430000" cy="12906375"/>
          <wp:effectExtent l="0" t="0" r="0" b="9525"/>
          <wp:docPr id="3934996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0" cy="129063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aconnme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aconvietas"/>
      <w:lvlText w:val=""/>
      <w:lvlJc w:val="left"/>
      <w:pPr>
        <w:tabs>
          <w:tab w:val="num" w:pos="360"/>
        </w:tabs>
        <w:ind w:left="360" w:hanging="360"/>
      </w:pPr>
      <w:rPr>
        <w:rFonts w:ascii="Symbol" w:hAnsi="Symbol" w:hint="default"/>
      </w:rPr>
    </w:lvl>
  </w:abstractNum>
  <w:num w:numId="1" w16cid:durableId="842277543">
    <w:abstractNumId w:val="8"/>
  </w:num>
  <w:num w:numId="2" w16cid:durableId="171142491">
    <w:abstractNumId w:val="6"/>
  </w:num>
  <w:num w:numId="3" w16cid:durableId="1105006502">
    <w:abstractNumId w:val="5"/>
  </w:num>
  <w:num w:numId="4" w16cid:durableId="466044169">
    <w:abstractNumId w:val="4"/>
  </w:num>
  <w:num w:numId="5" w16cid:durableId="1266884832">
    <w:abstractNumId w:val="7"/>
  </w:num>
  <w:num w:numId="6" w16cid:durableId="1696272478">
    <w:abstractNumId w:val="3"/>
  </w:num>
  <w:num w:numId="7" w16cid:durableId="351692737">
    <w:abstractNumId w:val="2"/>
  </w:num>
  <w:num w:numId="8" w16cid:durableId="1263759607">
    <w:abstractNumId w:val="1"/>
  </w:num>
  <w:num w:numId="9" w16cid:durableId="1464419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16EF2"/>
    <w:rsid w:val="00017BDC"/>
    <w:rsid w:val="00034616"/>
    <w:rsid w:val="0006063C"/>
    <w:rsid w:val="00076B81"/>
    <w:rsid w:val="000967BE"/>
    <w:rsid w:val="000E226B"/>
    <w:rsid w:val="00107A72"/>
    <w:rsid w:val="00112E7B"/>
    <w:rsid w:val="00133471"/>
    <w:rsid w:val="0015074B"/>
    <w:rsid w:val="00150968"/>
    <w:rsid w:val="001728C2"/>
    <w:rsid w:val="00197941"/>
    <w:rsid w:val="001F6BEC"/>
    <w:rsid w:val="002152BF"/>
    <w:rsid w:val="00262F8D"/>
    <w:rsid w:val="00296244"/>
    <w:rsid w:val="0029639D"/>
    <w:rsid w:val="002F34D9"/>
    <w:rsid w:val="00302B4F"/>
    <w:rsid w:val="00326F90"/>
    <w:rsid w:val="003672EC"/>
    <w:rsid w:val="00367B56"/>
    <w:rsid w:val="00383DF4"/>
    <w:rsid w:val="00393A29"/>
    <w:rsid w:val="003A3795"/>
    <w:rsid w:val="003F07D8"/>
    <w:rsid w:val="004764F8"/>
    <w:rsid w:val="00486242"/>
    <w:rsid w:val="004C34CB"/>
    <w:rsid w:val="004E05CB"/>
    <w:rsid w:val="004E14C2"/>
    <w:rsid w:val="004E572C"/>
    <w:rsid w:val="004F3FA1"/>
    <w:rsid w:val="005664ED"/>
    <w:rsid w:val="005968BD"/>
    <w:rsid w:val="005C79F2"/>
    <w:rsid w:val="00627CE3"/>
    <w:rsid w:val="0069015C"/>
    <w:rsid w:val="006A3D20"/>
    <w:rsid w:val="006D443A"/>
    <w:rsid w:val="006E533B"/>
    <w:rsid w:val="006E778F"/>
    <w:rsid w:val="006F42C2"/>
    <w:rsid w:val="00706DA6"/>
    <w:rsid w:val="007402D9"/>
    <w:rsid w:val="00750365"/>
    <w:rsid w:val="00751B53"/>
    <w:rsid w:val="007846F3"/>
    <w:rsid w:val="00794691"/>
    <w:rsid w:val="007D41A3"/>
    <w:rsid w:val="00803235"/>
    <w:rsid w:val="00816151"/>
    <w:rsid w:val="00827DDE"/>
    <w:rsid w:val="00863810"/>
    <w:rsid w:val="00880428"/>
    <w:rsid w:val="008C054B"/>
    <w:rsid w:val="008D4685"/>
    <w:rsid w:val="008D6194"/>
    <w:rsid w:val="008E4FD9"/>
    <w:rsid w:val="009002B7"/>
    <w:rsid w:val="00903273"/>
    <w:rsid w:val="00954CCD"/>
    <w:rsid w:val="009849A3"/>
    <w:rsid w:val="009B204D"/>
    <w:rsid w:val="009C2CFF"/>
    <w:rsid w:val="009E0D51"/>
    <w:rsid w:val="009E2033"/>
    <w:rsid w:val="00A0680F"/>
    <w:rsid w:val="00A23231"/>
    <w:rsid w:val="00A357BE"/>
    <w:rsid w:val="00A55BB5"/>
    <w:rsid w:val="00A62130"/>
    <w:rsid w:val="00AA1D8D"/>
    <w:rsid w:val="00AA3AFD"/>
    <w:rsid w:val="00AA7175"/>
    <w:rsid w:val="00AE3EAC"/>
    <w:rsid w:val="00B47730"/>
    <w:rsid w:val="00B865F5"/>
    <w:rsid w:val="00BB0A65"/>
    <w:rsid w:val="00C75587"/>
    <w:rsid w:val="00CA65DA"/>
    <w:rsid w:val="00CA74F9"/>
    <w:rsid w:val="00CB0664"/>
    <w:rsid w:val="00D441B8"/>
    <w:rsid w:val="00DB1AAB"/>
    <w:rsid w:val="00DB7D70"/>
    <w:rsid w:val="00DC2A88"/>
    <w:rsid w:val="00DD6E8C"/>
    <w:rsid w:val="00DF1F4E"/>
    <w:rsid w:val="00E64E7E"/>
    <w:rsid w:val="00E70B76"/>
    <w:rsid w:val="00EB48EA"/>
    <w:rsid w:val="00F11DC2"/>
    <w:rsid w:val="00F17682"/>
    <w:rsid w:val="00F600D7"/>
    <w:rsid w:val="00F642FE"/>
    <w:rsid w:val="00F64E87"/>
    <w:rsid w:val="00F82B6D"/>
    <w:rsid w:val="00F8725D"/>
    <w:rsid w:val="00FC4536"/>
    <w:rsid w:val="00FC693F"/>
    <w:rsid w:val="00FE14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9E782"/>
  <w14:defaultImageDpi w14:val="300"/>
  <w15:docId w15:val="{5C8E609B-148D-4BE3-9C48-D5D4005C2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Ttulo1">
    <w:name w:val="heading 1"/>
    <w:basedOn w:val="Normal"/>
    <w:next w:val="Normal"/>
    <w:link w:val="Ttulo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customStyle="1" w:styleId="Ttulo1Car">
    <w:name w:val="Título 1 Car"/>
    <w:basedOn w:val="Fuentedeprrafopredeter"/>
    <w:link w:val="Ttulo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FC693F"/>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FC693F"/>
    <w:rPr>
      <w:rFonts w:asciiTheme="majorHAnsi" w:eastAsiaTheme="majorEastAsia" w:hAnsiTheme="majorHAnsi" w:cstheme="majorBidi"/>
      <w:b/>
      <w:bCs/>
      <w:color w:val="4F81BD" w:themeColor="accent1"/>
    </w:rPr>
  </w:style>
  <w:style w:type="paragraph" w:styleId="Ttulo">
    <w:name w:val="Title"/>
    <w:basedOn w:val="Normal"/>
    <w:next w:val="Normal"/>
    <w:link w:val="Ttulo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FC693F"/>
    <w:rPr>
      <w:rFonts w:asciiTheme="majorHAnsi" w:eastAsiaTheme="majorEastAsia" w:hAnsiTheme="majorHAnsi"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customStyle="1" w:styleId="TextoindependienteCar">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customStyle="1" w:styleId="Textoindependiente2Car">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customStyle="1" w:styleId="Textoindependiente3Car">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omacroCar">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customStyle="1" w:styleId="CitaCar">
    <w:name w:val="Cita Car"/>
    <w:basedOn w:val="Fuentedeprrafopredeter"/>
    <w:link w:val="Cita"/>
    <w:uiPriority w:val="29"/>
    <w:rsid w:val="00FC693F"/>
    <w:rPr>
      <w:i/>
      <w:iCs/>
      <w:color w:val="000000" w:themeColor="text1"/>
    </w:rPr>
  </w:style>
  <w:style w:type="character" w:customStyle="1" w:styleId="Ttulo4Car">
    <w:name w:val="Título 4 Car"/>
    <w:basedOn w:val="Fuentedeprrafopredeter"/>
    <w:link w:val="Ttulo4"/>
    <w:uiPriority w:val="9"/>
    <w:semiHidden/>
    <w:rsid w:val="00FC69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FC69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FC69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FC69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FC69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FC693F"/>
    <w:rPr>
      <w:rFonts w:asciiTheme="majorHAnsi" w:eastAsiaTheme="majorEastAsia" w:hAnsiTheme="majorHAnsi"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Textoennegrita">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basedOn w:val="Ttulo1"/>
    <w:next w:val="Normal"/>
    <w:uiPriority w:val="39"/>
    <w:semiHidden/>
    <w:unhideWhenUsed/>
    <w:qFormat/>
    <w:rsid w:val="00FC693F"/>
    <w:pPr>
      <w:outlineLvl w:val="9"/>
    </w:pPr>
  </w:style>
  <w:style w:type="table" w:styleId="Tablaconcuadrcula">
    <w:name w:val="Table Grid"/>
    <w:basedOn w:val="Tabla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A23231"/>
    <w:pPr>
      <w:spacing w:before="100" w:beforeAutospacing="1" w:after="100" w:afterAutospacing="1" w:line="240" w:lineRule="auto"/>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917990">
      <w:bodyDiv w:val="1"/>
      <w:marLeft w:val="0"/>
      <w:marRight w:val="0"/>
      <w:marTop w:val="0"/>
      <w:marBottom w:val="0"/>
      <w:divBdr>
        <w:top w:val="none" w:sz="0" w:space="0" w:color="auto"/>
        <w:left w:val="none" w:sz="0" w:space="0" w:color="auto"/>
        <w:bottom w:val="none" w:sz="0" w:space="0" w:color="auto"/>
        <w:right w:val="none" w:sz="0" w:space="0" w:color="auto"/>
      </w:divBdr>
    </w:div>
    <w:div w:id="1852597406">
      <w:bodyDiv w:val="1"/>
      <w:marLeft w:val="0"/>
      <w:marRight w:val="0"/>
      <w:marTop w:val="0"/>
      <w:marBottom w:val="0"/>
      <w:divBdr>
        <w:top w:val="none" w:sz="0" w:space="0" w:color="auto"/>
        <w:left w:val="none" w:sz="0" w:space="0" w:color="auto"/>
        <w:bottom w:val="none" w:sz="0" w:space="0" w:color="auto"/>
        <w:right w:val="none" w:sz="0" w:space="0" w:color="auto"/>
      </w:divBdr>
    </w:div>
    <w:div w:id="1874340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Pages>
  <Words>313</Words>
  <Characters>1722</Characters>
  <Application>Microsoft Office Word</Application>
  <DocSecurity>0</DocSecurity>
  <Lines>14</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2031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6u9iz</cp:lastModifiedBy>
  <cp:revision>14</cp:revision>
  <cp:lastPrinted>2025-08-14T13:50:00Z</cp:lastPrinted>
  <dcterms:created xsi:type="dcterms:W3CDTF">2013-12-23T23:15:00Z</dcterms:created>
  <dcterms:modified xsi:type="dcterms:W3CDTF">2025-08-14T15:00:00Z</dcterms:modified>
  <cp:category/>
</cp:coreProperties>
</file>